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64838" w14:textId="0747F138" w:rsidR="00937CCA" w:rsidRPr="00744510" w:rsidRDefault="00103A85" w:rsidP="00103A85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44510">
        <w:rPr>
          <w:rFonts w:ascii="Times New Roman" w:hAnsi="Times New Roman" w:cs="Times New Roman"/>
          <w:color w:val="auto"/>
          <w:sz w:val="24"/>
          <w:szCs w:val="24"/>
        </w:rPr>
        <w:t>North Lake Charles Economic Development District Board Meeting Agenda</w:t>
      </w:r>
    </w:p>
    <w:p w14:paraId="379A5319" w14:textId="77777777" w:rsidR="00103A85" w:rsidRPr="00744510" w:rsidRDefault="00103A85" w:rsidP="00103A85">
      <w:pPr>
        <w:rPr>
          <w:rFonts w:ascii="Times New Roman" w:hAnsi="Times New Roman" w:cs="Times New Roman"/>
          <w:sz w:val="24"/>
          <w:szCs w:val="24"/>
        </w:rPr>
      </w:pPr>
    </w:p>
    <w:p w14:paraId="5D2D63B5" w14:textId="2BFF2D57" w:rsidR="00937CCA" w:rsidRPr="00744510" w:rsidRDefault="00C900A9">
      <w:p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Date: ______</w:t>
      </w:r>
      <w:r w:rsidR="00A8128A" w:rsidRPr="00744510">
        <w:rPr>
          <w:rFonts w:ascii="Times New Roman" w:hAnsi="Times New Roman" w:cs="Times New Roman"/>
          <w:sz w:val="24"/>
          <w:szCs w:val="24"/>
        </w:rPr>
        <w:t xml:space="preserve">July </w:t>
      </w:r>
      <w:r w:rsidR="00075C1A" w:rsidRPr="00744510">
        <w:rPr>
          <w:rFonts w:ascii="Times New Roman" w:hAnsi="Times New Roman" w:cs="Times New Roman"/>
          <w:sz w:val="24"/>
          <w:szCs w:val="24"/>
        </w:rPr>
        <w:t>29</w:t>
      </w:r>
      <w:r w:rsidR="00A8128A" w:rsidRPr="00744510">
        <w:rPr>
          <w:rFonts w:ascii="Times New Roman" w:hAnsi="Times New Roman" w:cs="Times New Roman"/>
          <w:sz w:val="24"/>
          <w:szCs w:val="24"/>
        </w:rPr>
        <w:t>. 2025</w:t>
      </w:r>
      <w:r w:rsidRPr="00744510">
        <w:rPr>
          <w:rFonts w:ascii="Times New Roman" w:hAnsi="Times New Roman" w:cs="Times New Roman"/>
          <w:sz w:val="24"/>
          <w:szCs w:val="24"/>
        </w:rPr>
        <w:t>______ Time: ____</w:t>
      </w:r>
      <w:r w:rsidR="00A8128A" w:rsidRPr="00744510">
        <w:rPr>
          <w:rFonts w:ascii="Times New Roman" w:hAnsi="Times New Roman" w:cs="Times New Roman"/>
          <w:sz w:val="24"/>
          <w:szCs w:val="24"/>
        </w:rPr>
        <w:t xml:space="preserve"> 5</w:t>
      </w:r>
      <w:r w:rsidR="00075C1A" w:rsidRPr="00744510">
        <w:rPr>
          <w:rFonts w:ascii="Times New Roman" w:hAnsi="Times New Roman" w:cs="Times New Roman"/>
          <w:sz w:val="24"/>
          <w:szCs w:val="24"/>
        </w:rPr>
        <w:t>:30</w:t>
      </w:r>
      <w:r w:rsidR="00A8128A" w:rsidRPr="00744510">
        <w:rPr>
          <w:rFonts w:ascii="Times New Roman" w:hAnsi="Times New Roman" w:cs="Times New Roman"/>
          <w:sz w:val="24"/>
          <w:szCs w:val="24"/>
        </w:rPr>
        <w:t>pm</w:t>
      </w:r>
      <w:r w:rsidRPr="00744510">
        <w:rPr>
          <w:rFonts w:ascii="Times New Roman" w:hAnsi="Times New Roman" w:cs="Times New Roman"/>
          <w:sz w:val="24"/>
          <w:szCs w:val="24"/>
        </w:rPr>
        <w:t>__________    Location: ______</w:t>
      </w:r>
      <w:r w:rsidR="00075C1A" w:rsidRPr="00744510">
        <w:rPr>
          <w:rFonts w:ascii="Times New Roman" w:hAnsi="Times New Roman" w:cs="Times New Roman"/>
          <w:sz w:val="24"/>
          <w:szCs w:val="24"/>
        </w:rPr>
        <w:t>Carter Law Firm</w:t>
      </w:r>
      <w:r w:rsidRPr="00744510">
        <w:rPr>
          <w:rFonts w:ascii="Times New Roman" w:hAnsi="Times New Roman" w:cs="Times New Roman"/>
          <w:sz w:val="24"/>
          <w:szCs w:val="24"/>
        </w:rPr>
        <w:t>_</w:t>
      </w:r>
    </w:p>
    <w:p w14:paraId="31570F04" w14:textId="77777777" w:rsidR="00937CCA" w:rsidRPr="00744510" w:rsidRDefault="00937CCA">
      <w:pPr>
        <w:rPr>
          <w:rFonts w:ascii="Times New Roman" w:hAnsi="Times New Roman" w:cs="Times New Roman"/>
          <w:sz w:val="24"/>
          <w:szCs w:val="24"/>
        </w:rPr>
      </w:pPr>
    </w:p>
    <w:p w14:paraId="73E7D462" w14:textId="77777777" w:rsidR="00937CCA" w:rsidRPr="00744510" w:rsidRDefault="00C900A9" w:rsidP="00A8128A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1. Call to Order</w:t>
      </w:r>
    </w:p>
    <w:p w14:paraId="1FCB9BD4" w14:textId="77777777" w:rsidR="00937CCA" w:rsidRPr="00744510" w:rsidRDefault="00C900A9" w:rsidP="00A8128A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2. Roll Call / Attendance</w:t>
      </w:r>
    </w:p>
    <w:p w14:paraId="6FCDE805" w14:textId="148B667F" w:rsidR="00937CCA" w:rsidRPr="00744510" w:rsidRDefault="00A8128A" w:rsidP="00A8128A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3</w:t>
      </w:r>
      <w:r w:rsidR="00C900A9" w:rsidRPr="00744510">
        <w:rPr>
          <w:rFonts w:ascii="Times New Roman" w:hAnsi="Times New Roman" w:cs="Times New Roman"/>
          <w:sz w:val="24"/>
          <w:szCs w:val="24"/>
        </w:rPr>
        <w:t>. Business</w:t>
      </w:r>
      <w:r w:rsidR="00C900A9" w:rsidRPr="00744510">
        <w:rPr>
          <w:rFonts w:ascii="Times New Roman" w:hAnsi="Times New Roman" w:cs="Times New Roman"/>
          <w:sz w:val="24"/>
          <w:szCs w:val="24"/>
        </w:rPr>
        <w:br/>
        <w:t xml:space="preserve">   - </w:t>
      </w:r>
      <w:r w:rsidR="00075C1A" w:rsidRPr="00744510">
        <w:rPr>
          <w:rFonts w:ascii="Times New Roman" w:hAnsi="Times New Roman" w:cs="Times New Roman"/>
          <w:sz w:val="24"/>
          <w:szCs w:val="24"/>
        </w:rPr>
        <w:t>Flyer to put on social media</w:t>
      </w:r>
      <w:r w:rsidR="00C900A9" w:rsidRPr="00744510">
        <w:rPr>
          <w:rFonts w:ascii="Times New Roman" w:hAnsi="Times New Roman" w:cs="Times New Roman"/>
          <w:sz w:val="24"/>
          <w:szCs w:val="24"/>
        </w:rPr>
        <w:br/>
        <w:t xml:space="preserve">   - </w:t>
      </w:r>
      <w:r w:rsidR="00075C1A" w:rsidRPr="00744510">
        <w:rPr>
          <w:rFonts w:ascii="Times New Roman" w:hAnsi="Times New Roman" w:cs="Times New Roman"/>
          <w:sz w:val="24"/>
          <w:szCs w:val="24"/>
        </w:rPr>
        <w:t>List of Property and housing in the district</w:t>
      </w:r>
    </w:p>
    <w:p w14:paraId="348701CB" w14:textId="77777777" w:rsidR="00075C1A" w:rsidRPr="00744510" w:rsidRDefault="00C900A9" w:rsidP="00A8128A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 xml:space="preserve">   - </w:t>
      </w:r>
      <w:r w:rsidR="00075C1A" w:rsidRPr="00744510">
        <w:rPr>
          <w:rFonts w:ascii="Times New Roman" w:hAnsi="Times New Roman" w:cs="Times New Roman"/>
          <w:sz w:val="24"/>
          <w:szCs w:val="24"/>
        </w:rPr>
        <w:t>Review talking points</w:t>
      </w:r>
    </w:p>
    <w:p w14:paraId="2BF791C1" w14:textId="552FB8D5" w:rsidR="00075C1A" w:rsidRPr="00744510" w:rsidRDefault="00075C1A" w:rsidP="00A8128A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 xml:space="preserve">   - Discuss resignation and reappointment of board member</w:t>
      </w:r>
    </w:p>
    <w:p w14:paraId="5EA1F802" w14:textId="76378A1D" w:rsidR="00937CCA" w:rsidRPr="00744510" w:rsidRDefault="00075C1A" w:rsidP="00A8128A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4</w:t>
      </w:r>
      <w:r w:rsidR="00C900A9" w:rsidRPr="00744510">
        <w:rPr>
          <w:rFonts w:ascii="Times New Roman" w:hAnsi="Times New Roman" w:cs="Times New Roman"/>
          <w:sz w:val="24"/>
          <w:szCs w:val="24"/>
        </w:rPr>
        <w:t>. Announcements</w:t>
      </w:r>
    </w:p>
    <w:p w14:paraId="50E17805" w14:textId="49D5CF7F" w:rsidR="00937CCA" w:rsidRPr="00744510" w:rsidRDefault="00075C1A" w:rsidP="00A8128A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5</w:t>
      </w:r>
      <w:r w:rsidR="00C900A9" w:rsidRPr="00744510">
        <w:rPr>
          <w:rFonts w:ascii="Times New Roman" w:hAnsi="Times New Roman" w:cs="Times New Roman"/>
          <w:sz w:val="24"/>
          <w:szCs w:val="24"/>
        </w:rPr>
        <w:t>. Adjournment</w:t>
      </w:r>
    </w:p>
    <w:p w14:paraId="74C64668" w14:textId="77777777" w:rsidR="00937CCA" w:rsidRPr="00744510" w:rsidRDefault="00C900A9">
      <w:p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br w:type="page"/>
      </w:r>
    </w:p>
    <w:p w14:paraId="758807E0" w14:textId="59C01CFB" w:rsidR="00937CCA" w:rsidRPr="00744510" w:rsidRDefault="00A8128A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744510">
        <w:rPr>
          <w:rFonts w:ascii="Times New Roman" w:hAnsi="Times New Roman" w:cs="Times New Roman"/>
          <w:color w:val="auto"/>
          <w:sz w:val="24"/>
          <w:szCs w:val="24"/>
        </w:rPr>
        <w:lastRenderedPageBreak/>
        <w:t>North Lake Charles Economic Development District</w:t>
      </w:r>
      <w:r w:rsidR="00C900A9" w:rsidRPr="00744510">
        <w:rPr>
          <w:rFonts w:ascii="Times New Roman" w:hAnsi="Times New Roman" w:cs="Times New Roman"/>
          <w:color w:val="auto"/>
          <w:sz w:val="24"/>
          <w:szCs w:val="24"/>
        </w:rPr>
        <w:t xml:space="preserve"> Board Meeting Minutes</w:t>
      </w:r>
    </w:p>
    <w:p w14:paraId="176FC3E8" w14:textId="355D1AEA" w:rsidR="00937CCA" w:rsidRPr="00744510" w:rsidRDefault="00C900A9">
      <w:p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Meeting Date: ___</w:t>
      </w:r>
      <w:r w:rsidR="00A8128A" w:rsidRPr="00744510">
        <w:rPr>
          <w:rFonts w:ascii="Times New Roman" w:hAnsi="Times New Roman" w:cs="Times New Roman"/>
          <w:sz w:val="24"/>
          <w:szCs w:val="24"/>
        </w:rPr>
        <w:t xml:space="preserve">July </w:t>
      </w:r>
      <w:r w:rsidR="00075C1A" w:rsidRPr="00744510">
        <w:rPr>
          <w:rFonts w:ascii="Times New Roman" w:hAnsi="Times New Roman" w:cs="Times New Roman"/>
          <w:sz w:val="24"/>
          <w:szCs w:val="24"/>
        </w:rPr>
        <w:t>29</w:t>
      </w:r>
      <w:r w:rsidR="00A8128A" w:rsidRPr="00744510">
        <w:rPr>
          <w:rFonts w:ascii="Times New Roman" w:hAnsi="Times New Roman" w:cs="Times New Roman"/>
          <w:sz w:val="24"/>
          <w:szCs w:val="24"/>
        </w:rPr>
        <w:t>, 2025</w:t>
      </w:r>
      <w:r w:rsidRPr="00744510">
        <w:rPr>
          <w:rFonts w:ascii="Times New Roman" w:hAnsi="Times New Roman" w:cs="Times New Roman"/>
          <w:sz w:val="24"/>
          <w:szCs w:val="24"/>
        </w:rPr>
        <w:t xml:space="preserve">_____    </w:t>
      </w:r>
    </w:p>
    <w:p w14:paraId="2D8DE6C8" w14:textId="77777777" w:rsidR="00335E01" w:rsidRPr="00744510" w:rsidRDefault="00C900A9" w:rsidP="00335E01">
      <w:p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Pr="00744510">
        <w:rPr>
          <w:rFonts w:ascii="Times New Roman" w:hAnsi="Times New Roman" w:cs="Times New Roman"/>
          <w:sz w:val="24"/>
          <w:szCs w:val="24"/>
        </w:rPr>
        <w:br/>
      </w:r>
    </w:p>
    <w:p w14:paraId="35BB4C96" w14:textId="667DA89D" w:rsidR="00937CCA" w:rsidRPr="00744510" w:rsidRDefault="00C900A9" w:rsidP="00335E0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Meeting called to order by __</w:t>
      </w:r>
      <w:r w:rsidR="00A8128A" w:rsidRPr="00744510">
        <w:rPr>
          <w:rFonts w:ascii="Times New Roman" w:hAnsi="Times New Roman" w:cs="Times New Roman"/>
          <w:sz w:val="24"/>
          <w:szCs w:val="24"/>
        </w:rPr>
        <w:t>Shawntel Willis</w:t>
      </w:r>
      <w:r w:rsidRPr="00744510">
        <w:rPr>
          <w:rFonts w:ascii="Times New Roman" w:hAnsi="Times New Roman" w:cs="Times New Roman"/>
          <w:sz w:val="24"/>
          <w:szCs w:val="24"/>
        </w:rPr>
        <w:t>__________________ at ___</w:t>
      </w:r>
      <w:r w:rsidR="00A8128A" w:rsidRPr="00744510">
        <w:rPr>
          <w:rFonts w:ascii="Times New Roman" w:hAnsi="Times New Roman" w:cs="Times New Roman"/>
          <w:sz w:val="24"/>
          <w:szCs w:val="24"/>
        </w:rPr>
        <w:t>5</w:t>
      </w:r>
      <w:r w:rsidR="00075C1A" w:rsidRPr="00744510">
        <w:rPr>
          <w:rFonts w:ascii="Times New Roman" w:hAnsi="Times New Roman" w:cs="Times New Roman"/>
          <w:sz w:val="24"/>
          <w:szCs w:val="24"/>
        </w:rPr>
        <w:t>:30</w:t>
      </w:r>
      <w:r w:rsidR="00A8128A" w:rsidRPr="00744510">
        <w:rPr>
          <w:rFonts w:ascii="Times New Roman" w:hAnsi="Times New Roman" w:cs="Times New Roman"/>
          <w:sz w:val="24"/>
          <w:szCs w:val="24"/>
        </w:rPr>
        <w:t>pm</w:t>
      </w:r>
      <w:r w:rsidRPr="00744510">
        <w:rPr>
          <w:rFonts w:ascii="Times New Roman" w:hAnsi="Times New Roman" w:cs="Times New Roman"/>
          <w:sz w:val="24"/>
          <w:szCs w:val="24"/>
        </w:rPr>
        <w:t>_______.</w:t>
      </w:r>
    </w:p>
    <w:p w14:paraId="1B5E4FB8" w14:textId="77777777" w:rsidR="00335E01" w:rsidRPr="00744510" w:rsidRDefault="00C900A9" w:rsidP="00BF6196">
      <w:p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b/>
          <w:bCs/>
          <w:sz w:val="24"/>
          <w:szCs w:val="24"/>
        </w:rPr>
        <w:t>Roll Call</w:t>
      </w:r>
    </w:p>
    <w:p w14:paraId="5617712C" w14:textId="77777777" w:rsidR="00910F03" w:rsidRPr="00744510" w:rsidRDefault="00C900A9" w:rsidP="00BF6196">
      <w:p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br/>
        <w:t>Members Present:</w:t>
      </w:r>
      <w:r w:rsidR="00A8128A" w:rsidRPr="00744510">
        <w:rPr>
          <w:rFonts w:ascii="Times New Roman" w:hAnsi="Times New Roman" w:cs="Times New Roman"/>
          <w:sz w:val="24"/>
          <w:szCs w:val="24"/>
        </w:rPr>
        <w:t xml:space="preserve"> C</w:t>
      </w:r>
      <w:r w:rsidR="00075C1A" w:rsidRPr="00744510">
        <w:rPr>
          <w:rFonts w:ascii="Times New Roman" w:hAnsi="Times New Roman" w:cs="Times New Roman"/>
          <w:sz w:val="24"/>
          <w:szCs w:val="24"/>
        </w:rPr>
        <w:t>arl Ambrose, Shawntel Willis</w:t>
      </w:r>
      <w:r w:rsidRPr="00744510">
        <w:rPr>
          <w:rFonts w:ascii="Times New Roman" w:hAnsi="Times New Roman" w:cs="Times New Roman"/>
          <w:sz w:val="24"/>
          <w:szCs w:val="24"/>
        </w:rPr>
        <w:br/>
        <w:t>Members Absent:</w:t>
      </w:r>
      <w:r w:rsidR="00BF6196" w:rsidRPr="00744510">
        <w:rPr>
          <w:rFonts w:ascii="Times New Roman" w:hAnsi="Times New Roman" w:cs="Times New Roman"/>
          <w:sz w:val="24"/>
          <w:szCs w:val="24"/>
        </w:rPr>
        <w:t xml:space="preserve"> Tommy Senegal</w:t>
      </w:r>
      <w:r w:rsidR="00075C1A" w:rsidRPr="00744510">
        <w:rPr>
          <w:rFonts w:ascii="Times New Roman" w:hAnsi="Times New Roman" w:cs="Times New Roman"/>
          <w:sz w:val="24"/>
          <w:szCs w:val="24"/>
        </w:rPr>
        <w:t>. Marzetta Landry, Constance Bellard</w:t>
      </w:r>
      <w:r w:rsidRPr="00744510">
        <w:rPr>
          <w:rFonts w:ascii="Times New Roman" w:hAnsi="Times New Roman" w:cs="Times New Roman"/>
          <w:sz w:val="24"/>
          <w:szCs w:val="24"/>
        </w:rPr>
        <w:br/>
        <w:t>Others Present:</w:t>
      </w:r>
      <w:r w:rsidR="00BF6196" w:rsidRPr="00744510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761BED64" w14:textId="52336300" w:rsidR="00BF6196" w:rsidRPr="00744510" w:rsidRDefault="00910F03" w:rsidP="00BF6196">
      <w:p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The board did not have a quorum present</w:t>
      </w:r>
      <w:r w:rsidR="00C900A9" w:rsidRPr="00744510">
        <w:rPr>
          <w:rFonts w:ascii="Times New Roman" w:hAnsi="Times New Roman" w:cs="Times New Roman"/>
          <w:sz w:val="24"/>
          <w:szCs w:val="24"/>
        </w:rPr>
        <w:br/>
      </w:r>
    </w:p>
    <w:p w14:paraId="38E3C57E" w14:textId="64B53A01" w:rsidR="00C900A9" w:rsidRPr="00744510" w:rsidRDefault="00C900A9" w:rsidP="00BF61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4510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Pr="0074451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C8B94B7" w14:textId="03731538" w:rsidR="00937CCA" w:rsidRPr="00744510" w:rsidRDefault="00075C1A" w:rsidP="002D4DA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 xml:space="preserve">Reviewed talking points for the city council meeting scheduled </w:t>
      </w:r>
      <w:r w:rsidR="000B71C4" w:rsidRPr="00744510">
        <w:rPr>
          <w:rFonts w:ascii="Times New Roman" w:hAnsi="Times New Roman" w:cs="Times New Roman"/>
          <w:sz w:val="24"/>
          <w:szCs w:val="24"/>
        </w:rPr>
        <w:t xml:space="preserve">for </w:t>
      </w:r>
      <w:r w:rsidRPr="00744510">
        <w:rPr>
          <w:rFonts w:ascii="Times New Roman" w:hAnsi="Times New Roman" w:cs="Times New Roman"/>
          <w:sz w:val="24"/>
          <w:szCs w:val="24"/>
        </w:rPr>
        <w:t>August 6</w:t>
      </w:r>
      <w:r w:rsidRPr="0074451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445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A20DB6" w14:textId="26A9480F" w:rsidR="00C900A9" w:rsidRPr="00744510" w:rsidRDefault="00C900A9" w:rsidP="002D4DA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 xml:space="preserve">Carl has </w:t>
      </w:r>
      <w:r w:rsidR="000B71C4" w:rsidRPr="00744510">
        <w:rPr>
          <w:rFonts w:ascii="Times New Roman" w:hAnsi="Times New Roman" w:cs="Times New Roman"/>
          <w:sz w:val="24"/>
          <w:szCs w:val="24"/>
        </w:rPr>
        <w:t>recommended adding collaborations with other partners/organizations working with children.</w:t>
      </w:r>
    </w:p>
    <w:p w14:paraId="16A98C78" w14:textId="13E031FF" w:rsidR="000B71C4" w:rsidRPr="00744510" w:rsidRDefault="000B71C4" w:rsidP="002D4DA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Carl will work on additional talking points for the meeting.</w:t>
      </w:r>
    </w:p>
    <w:p w14:paraId="322FA26E" w14:textId="51D8A2CE" w:rsidR="000B71C4" w:rsidRPr="00744510" w:rsidRDefault="000B71C4" w:rsidP="002D4DA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Shawntel discussed focusing on home ownership as a priority, and second, bringing business.</w:t>
      </w:r>
    </w:p>
    <w:p w14:paraId="79B3F4B4" w14:textId="1FAC6E37" w:rsidR="00C900A9" w:rsidRPr="00744510" w:rsidRDefault="000B71C4" w:rsidP="002D4DA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4510">
        <w:rPr>
          <w:rFonts w:ascii="Times New Roman" w:hAnsi="Times New Roman" w:cs="Times New Roman"/>
          <w:sz w:val="24"/>
          <w:szCs w:val="24"/>
        </w:rPr>
        <w:t>Shawntel will work on a flyer to distribute through social media and to get to churches in the district.</w:t>
      </w:r>
    </w:p>
    <w:p w14:paraId="4BBD2AD4" w14:textId="77777777" w:rsidR="002D4DAA" w:rsidRPr="00744510" w:rsidRDefault="00C900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4510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02B67D7D" w14:textId="4D7F6980" w:rsidR="00937CCA" w:rsidRDefault="002D4DAA" w:rsidP="002D4DAA">
      <w:pPr>
        <w:pStyle w:val="ListParagraph"/>
        <w:numPr>
          <w:ilvl w:val="0"/>
          <w:numId w:val="12"/>
        </w:numPr>
      </w:pPr>
      <w:r w:rsidRPr="00744510">
        <w:rPr>
          <w:rFonts w:ascii="Times New Roman" w:hAnsi="Times New Roman" w:cs="Times New Roman"/>
          <w:sz w:val="24"/>
          <w:szCs w:val="24"/>
        </w:rPr>
        <w:t>Meeting</w:t>
      </w:r>
      <w:r w:rsidR="00C900A9" w:rsidRPr="00744510">
        <w:rPr>
          <w:rFonts w:ascii="Times New Roman" w:hAnsi="Times New Roman" w:cs="Times New Roman"/>
          <w:sz w:val="24"/>
          <w:szCs w:val="24"/>
        </w:rPr>
        <w:t xml:space="preserve"> adjourned at </w:t>
      </w:r>
      <w:r w:rsidR="000B71C4" w:rsidRPr="00744510">
        <w:rPr>
          <w:rFonts w:ascii="Times New Roman" w:hAnsi="Times New Roman" w:cs="Times New Roman"/>
          <w:sz w:val="24"/>
          <w:szCs w:val="24"/>
        </w:rPr>
        <w:t>7</w:t>
      </w:r>
      <w:r w:rsidR="00C900A9" w:rsidRPr="00744510">
        <w:rPr>
          <w:rFonts w:ascii="Times New Roman" w:hAnsi="Times New Roman" w:cs="Times New Roman"/>
          <w:sz w:val="24"/>
          <w:szCs w:val="24"/>
        </w:rPr>
        <w:t xml:space="preserve"> pm</w:t>
      </w:r>
      <w:r w:rsidR="00C900A9" w:rsidRPr="00744510">
        <w:rPr>
          <w:rFonts w:ascii="Times New Roman" w:hAnsi="Times New Roman" w:cs="Times New Roman"/>
          <w:sz w:val="24"/>
          <w:szCs w:val="24"/>
        </w:rPr>
        <w:br/>
      </w:r>
      <w:r w:rsidR="00C900A9" w:rsidRPr="00744510">
        <w:rPr>
          <w:rFonts w:ascii="Times New Roman" w:hAnsi="Times New Roman" w:cs="Times New Roman"/>
          <w:sz w:val="24"/>
          <w:szCs w:val="24"/>
        </w:rPr>
        <w:br/>
        <w:t>Submitted by: ___Shawntel Willis__    Title: __Chair_____    Date Prepared:</w:t>
      </w:r>
      <w:r w:rsidR="00C900A9">
        <w:t xml:space="preserve"> __7/31/25________</w:t>
      </w:r>
    </w:p>
    <w:sectPr w:rsidR="00937CC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E956EC"/>
    <w:multiLevelType w:val="hybridMultilevel"/>
    <w:tmpl w:val="2272F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16B47"/>
    <w:multiLevelType w:val="hybridMultilevel"/>
    <w:tmpl w:val="7444D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513AD"/>
    <w:multiLevelType w:val="hybridMultilevel"/>
    <w:tmpl w:val="2728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635605">
    <w:abstractNumId w:val="8"/>
  </w:num>
  <w:num w:numId="2" w16cid:durableId="475807447">
    <w:abstractNumId w:val="6"/>
  </w:num>
  <w:num w:numId="3" w16cid:durableId="1317881446">
    <w:abstractNumId w:val="5"/>
  </w:num>
  <w:num w:numId="4" w16cid:durableId="190076419">
    <w:abstractNumId w:val="4"/>
  </w:num>
  <w:num w:numId="5" w16cid:durableId="1024090365">
    <w:abstractNumId w:val="7"/>
  </w:num>
  <w:num w:numId="6" w16cid:durableId="466513558">
    <w:abstractNumId w:val="3"/>
  </w:num>
  <w:num w:numId="7" w16cid:durableId="1375040724">
    <w:abstractNumId w:val="2"/>
  </w:num>
  <w:num w:numId="8" w16cid:durableId="1042680151">
    <w:abstractNumId w:val="1"/>
  </w:num>
  <w:num w:numId="9" w16cid:durableId="1225338963">
    <w:abstractNumId w:val="0"/>
  </w:num>
  <w:num w:numId="10" w16cid:durableId="712580327">
    <w:abstractNumId w:val="9"/>
  </w:num>
  <w:num w:numId="11" w16cid:durableId="1526863345">
    <w:abstractNumId w:val="10"/>
  </w:num>
  <w:num w:numId="12" w16cid:durableId="1413044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C1A"/>
    <w:rsid w:val="000B71C4"/>
    <w:rsid w:val="00103A85"/>
    <w:rsid w:val="0015074B"/>
    <w:rsid w:val="0029639D"/>
    <w:rsid w:val="002D4DAA"/>
    <w:rsid w:val="00326F90"/>
    <w:rsid w:val="00335E01"/>
    <w:rsid w:val="00744510"/>
    <w:rsid w:val="00910F03"/>
    <w:rsid w:val="00937CCA"/>
    <w:rsid w:val="00A8128A"/>
    <w:rsid w:val="00AA1D8D"/>
    <w:rsid w:val="00B47730"/>
    <w:rsid w:val="00BF6196"/>
    <w:rsid w:val="00C900A9"/>
    <w:rsid w:val="00CB0664"/>
    <w:rsid w:val="00D70A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93D0FD"/>
  <w14:defaultImageDpi w14:val="300"/>
  <w15:docId w15:val="{7B424899-EA02-44CA-8902-FA3E89AF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Shawntel Willis</cp:lastModifiedBy>
  <cp:revision>4</cp:revision>
  <dcterms:created xsi:type="dcterms:W3CDTF">2025-07-31T22:12:00Z</dcterms:created>
  <dcterms:modified xsi:type="dcterms:W3CDTF">2026-02-22T20:26:00Z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e39baef8-044f-449a-8b9e-cab3e23f5911</vt:lpwstr>
  </property>
</Properties>
</file>