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9720" w14:textId="77777777" w:rsidR="00AE4FEE" w:rsidRDefault="00AE4FEE">
      <w:pPr>
        <w:pBdr>
          <w:bottom w:val="single" w:sz="12" w:space="1" w:color="000000"/>
        </w:pBdr>
        <w:jc w:val="center"/>
      </w:pPr>
    </w:p>
    <w:p w14:paraId="21168813" w14:textId="786F11BF" w:rsidR="00641D52" w:rsidRPr="00641D52" w:rsidRDefault="00EB6C58" w:rsidP="00641D52">
      <w:pPr>
        <w:spacing w:after="0"/>
        <w:jc w:val="center"/>
        <w:rPr>
          <w:b/>
          <w:bCs/>
          <w:sz w:val="24"/>
          <w:szCs w:val="24"/>
        </w:rPr>
      </w:pPr>
      <w:r>
        <w:br/>
      </w:r>
      <w:r w:rsidR="00641D52" w:rsidRPr="00641D52">
        <w:rPr>
          <w:b/>
          <w:bCs/>
          <w:sz w:val="24"/>
          <w:szCs w:val="24"/>
        </w:rPr>
        <w:t>Meeting Minutes</w:t>
      </w:r>
    </w:p>
    <w:p w14:paraId="648F2F52" w14:textId="102A478F" w:rsidR="00641D52" w:rsidRDefault="00641D52" w:rsidP="00641D52">
      <w:pPr>
        <w:spacing w:after="0"/>
        <w:rPr>
          <w:b/>
          <w:bCs/>
          <w:sz w:val="24"/>
          <w:szCs w:val="24"/>
        </w:rPr>
      </w:pPr>
    </w:p>
    <w:p w14:paraId="6750CB6A" w14:textId="70CE71AC" w:rsidR="00641D52" w:rsidRDefault="00641D52" w:rsidP="00641D52">
      <w:pPr>
        <w:spacing w:after="0"/>
        <w:rPr>
          <w:sz w:val="24"/>
          <w:szCs w:val="24"/>
        </w:rPr>
      </w:pPr>
      <w:r>
        <w:rPr>
          <w:b/>
          <w:bCs/>
          <w:sz w:val="24"/>
          <w:szCs w:val="24"/>
        </w:rPr>
        <w:t>Date:</w:t>
      </w:r>
      <w:r>
        <w:rPr>
          <w:b/>
          <w:bCs/>
          <w:sz w:val="24"/>
          <w:szCs w:val="24"/>
        </w:rPr>
        <w:tab/>
      </w:r>
      <w:r>
        <w:rPr>
          <w:b/>
          <w:bCs/>
          <w:sz w:val="24"/>
          <w:szCs w:val="24"/>
        </w:rPr>
        <w:tab/>
      </w:r>
      <w:r>
        <w:rPr>
          <w:b/>
          <w:bCs/>
          <w:sz w:val="24"/>
          <w:szCs w:val="24"/>
        </w:rPr>
        <w:tab/>
      </w:r>
      <w:r>
        <w:rPr>
          <w:b/>
          <w:bCs/>
          <w:sz w:val="24"/>
          <w:szCs w:val="24"/>
        </w:rPr>
        <w:tab/>
      </w:r>
      <w:r w:rsidR="00376FD7">
        <w:rPr>
          <w:sz w:val="24"/>
          <w:szCs w:val="24"/>
        </w:rPr>
        <w:t>December 11</w:t>
      </w:r>
      <w:r w:rsidRPr="00641D52">
        <w:rPr>
          <w:sz w:val="24"/>
          <w:szCs w:val="24"/>
          <w:vertAlign w:val="superscript"/>
        </w:rPr>
        <w:t>th</w:t>
      </w:r>
      <w:r>
        <w:rPr>
          <w:sz w:val="24"/>
          <w:szCs w:val="24"/>
        </w:rPr>
        <w:t>, 2025</w:t>
      </w:r>
    </w:p>
    <w:p w14:paraId="10E8FFE8" w14:textId="77777777" w:rsidR="00CA1E11" w:rsidRDefault="00CA1E11" w:rsidP="00641D52">
      <w:pPr>
        <w:spacing w:after="0"/>
        <w:rPr>
          <w:sz w:val="24"/>
          <w:szCs w:val="24"/>
        </w:rPr>
      </w:pPr>
    </w:p>
    <w:p w14:paraId="1716AA2E" w14:textId="14D08737" w:rsidR="00CA1E11" w:rsidRPr="00CA1E11" w:rsidRDefault="00CA1E11" w:rsidP="00641D52">
      <w:pPr>
        <w:spacing w:after="0"/>
        <w:rPr>
          <w:sz w:val="24"/>
          <w:szCs w:val="24"/>
        </w:rPr>
      </w:pPr>
      <w:r>
        <w:rPr>
          <w:b/>
          <w:bCs/>
          <w:sz w:val="24"/>
          <w:szCs w:val="24"/>
        </w:rPr>
        <w:t>Location:</w:t>
      </w:r>
      <w:r>
        <w:rPr>
          <w:b/>
          <w:bCs/>
          <w:sz w:val="24"/>
          <w:szCs w:val="24"/>
        </w:rPr>
        <w:tab/>
      </w:r>
      <w:r>
        <w:rPr>
          <w:b/>
          <w:bCs/>
          <w:sz w:val="24"/>
          <w:szCs w:val="24"/>
        </w:rPr>
        <w:tab/>
      </w:r>
      <w:r>
        <w:rPr>
          <w:b/>
          <w:bCs/>
          <w:sz w:val="24"/>
          <w:szCs w:val="24"/>
        </w:rPr>
        <w:tab/>
      </w:r>
      <w:r>
        <w:rPr>
          <w:sz w:val="24"/>
          <w:szCs w:val="24"/>
        </w:rPr>
        <w:t>Allen August Multipurpose Center</w:t>
      </w:r>
      <w:r w:rsidR="007E6121">
        <w:rPr>
          <w:sz w:val="24"/>
          <w:szCs w:val="24"/>
        </w:rPr>
        <w:t xml:space="preserve"> (AAMC)</w:t>
      </w:r>
      <w:r>
        <w:rPr>
          <w:sz w:val="24"/>
          <w:szCs w:val="24"/>
        </w:rPr>
        <w:t>, Lake Charles, LA</w:t>
      </w:r>
    </w:p>
    <w:p w14:paraId="30C22454" w14:textId="77777777" w:rsidR="00641D52" w:rsidRDefault="00641D52" w:rsidP="00641D52">
      <w:pPr>
        <w:spacing w:after="0"/>
        <w:rPr>
          <w:sz w:val="24"/>
          <w:szCs w:val="24"/>
        </w:rPr>
      </w:pPr>
    </w:p>
    <w:p w14:paraId="50854AB6" w14:textId="66F06020" w:rsidR="00641D52" w:rsidRDefault="00641D52" w:rsidP="00641D52">
      <w:pPr>
        <w:spacing w:after="0"/>
        <w:rPr>
          <w:sz w:val="24"/>
          <w:szCs w:val="24"/>
        </w:rPr>
      </w:pPr>
      <w:r>
        <w:rPr>
          <w:b/>
          <w:bCs/>
          <w:sz w:val="24"/>
          <w:szCs w:val="24"/>
        </w:rPr>
        <w:t>Voting Members Present:</w:t>
      </w:r>
      <w:r>
        <w:rPr>
          <w:b/>
          <w:bCs/>
          <w:sz w:val="24"/>
          <w:szCs w:val="24"/>
        </w:rPr>
        <w:tab/>
      </w:r>
      <w:r>
        <w:rPr>
          <w:sz w:val="24"/>
          <w:szCs w:val="24"/>
        </w:rPr>
        <w:t>Shawntel Willis – Chair</w:t>
      </w:r>
      <w:r>
        <w:rPr>
          <w:sz w:val="24"/>
          <w:szCs w:val="24"/>
        </w:rPr>
        <w:tab/>
      </w:r>
      <w:r>
        <w:rPr>
          <w:sz w:val="24"/>
          <w:szCs w:val="24"/>
        </w:rPr>
        <w:tab/>
        <w:t>Carl Ambrose, Jr. – Co-Chair</w:t>
      </w:r>
    </w:p>
    <w:p w14:paraId="6D75152F" w14:textId="16585A5B" w:rsidR="00641D52" w:rsidRDefault="00641D52" w:rsidP="00641D52">
      <w:pPr>
        <w:spacing w:after="0"/>
        <w:rPr>
          <w:sz w:val="24"/>
          <w:szCs w:val="24"/>
        </w:rPr>
      </w:pPr>
      <w:r>
        <w:rPr>
          <w:sz w:val="24"/>
          <w:szCs w:val="24"/>
        </w:rPr>
        <w:tab/>
      </w:r>
      <w:r>
        <w:rPr>
          <w:sz w:val="24"/>
          <w:szCs w:val="24"/>
        </w:rPr>
        <w:tab/>
      </w:r>
      <w:r>
        <w:rPr>
          <w:sz w:val="24"/>
          <w:szCs w:val="24"/>
        </w:rPr>
        <w:tab/>
      </w:r>
      <w:r>
        <w:rPr>
          <w:sz w:val="24"/>
          <w:szCs w:val="24"/>
        </w:rPr>
        <w:tab/>
        <w:t>Marzetta Landry – Treasurer</w:t>
      </w:r>
      <w:r>
        <w:rPr>
          <w:sz w:val="24"/>
          <w:szCs w:val="24"/>
        </w:rPr>
        <w:tab/>
      </w:r>
    </w:p>
    <w:p w14:paraId="28F44372" w14:textId="12AABA9F" w:rsidR="00641D52" w:rsidRDefault="00641D52" w:rsidP="00641D52">
      <w:pPr>
        <w:spacing w:after="0"/>
        <w:rPr>
          <w:sz w:val="24"/>
          <w:szCs w:val="24"/>
        </w:rPr>
      </w:pPr>
      <w:r>
        <w:rPr>
          <w:sz w:val="24"/>
          <w:szCs w:val="24"/>
        </w:rPr>
        <w:tab/>
      </w:r>
      <w:r>
        <w:rPr>
          <w:sz w:val="24"/>
          <w:szCs w:val="24"/>
        </w:rPr>
        <w:tab/>
      </w:r>
      <w:r>
        <w:rPr>
          <w:sz w:val="24"/>
          <w:szCs w:val="24"/>
        </w:rPr>
        <w:tab/>
      </w:r>
      <w:r>
        <w:rPr>
          <w:sz w:val="24"/>
          <w:szCs w:val="24"/>
        </w:rPr>
        <w:tab/>
        <w:t>Marsha Duplechain-Williams – Secretary</w:t>
      </w:r>
    </w:p>
    <w:p w14:paraId="0C876C7F" w14:textId="77777777" w:rsidR="00641D52" w:rsidRDefault="00641D52" w:rsidP="00641D52">
      <w:pPr>
        <w:spacing w:after="0"/>
        <w:rPr>
          <w:sz w:val="24"/>
          <w:szCs w:val="24"/>
        </w:rPr>
      </w:pPr>
    </w:p>
    <w:p w14:paraId="5D9D8100" w14:textId="798C0763" w:rsidR="00641D52" w:rsidRPr="00376FD7" w:rsidRDefault="00376FD7" w:rsidP="00641D52">
      <w:pPr>
        <w:spacing w:after="0"/>
        <w:rPr>
          <w:sz w:val="24"/>
          <w:szCs w:val="24"/>
        </w:rPr>
      </w:pPr>
      <w:r>
        <w:rPr>
          <w:b/>
          <w:bCs/>
          <w:sz w:val="24"/>
          <w:szCs w:val="24"/>
        </w:rPr>
        <w:t>Members Present Via Conference Call</w:t>
      </w:r>
      <w:r w:rsidR="00641D52">
        <w:rPr>
          <w:b/>
          <w:bCs/>
          <w:sz w:val="24"/>
          <w:szCs w:val="24"/>
        </w:rPr>
        <w:t>:</w:t>
      </w:r>
      <w:r w:rsidR="00641D52">
        <w:rPr>
          <w:b/>
          <w:bCs/>
          <w:sz w:val="24"/>
          <w:szCs w:val="24"/>
        </w:rPr>
        <w:tab/>
      </w:r>
      <w:r>
        <w:rPr>
          <w:sz w:val="24"/>
          <w:szCs w:val="24"/>
        </w:rPr>
        <w:t>Tommy Senegal - Chaplain</w:t>
      </w:r>
    </w:p>
    <w:p w14:paraId="65A3A364" w14:textId="77777777" w:rsidR="00641D52" w:rsidRDefault="00641D52" w:rsidP="00641D52">
      <w:pPr>
        <w:spacing w:after="0"/>
        <w:rPr>
          <w:sz w:val="24"/>
          <w:szCs w:val="24"/>
        </w:rPr>
      </w:pPr>
    </w:p>
    <w:p w14:paraId="3134771F" w14:textId="10E5AC98" w:rsidR="001F5132" w:rsidRPr="00641D52" w:rsidRDefault="00641D52" w:rsidP="001F5132">
      <w:pPr>
        <w:spacing w:after="0"/>
        <w:rPr>
          <w:sz w:val="24"/>
          <w:szCs w:val="24"/>
        </w:rPr>
      </w:pPr>
      <w:r>
        <w:rPr>
          <w:b/>
          <w:bCs/>
          <w:sz w:val="24"/>
          <w:szCs w:val="24"/>
        </w:rPr>
        <w:t>Guests:</w:t>
      </w:r>
      <w:r>
        <w:rPr>
          <w:b/>
          <w:bCs/>
          <w:sz w:val="24"/>
          <w:szCs w:val="24"/>
        </w:rPr>
        <w:tab/>
      </w:r>
      <w:r>
        <w:rPr>
          <w:b/>
          <w:bCs/>
          <w:sz w:val="24"/>
          <w:szCs w:val="24"/>
        </w:rPr>
        <w:tab/>
      </w:r>
      <w:r>
        <w:rPr>
          <w:b/>
          <w:bCs/>
          <w:sz w:val="24"/>
          <w:szCs w:val="24"/>
        </w:rPr>
        <w:tab/>
      </w:r>
      <w:r w:rsidR="00376FD7">
        <w:rPr>
          <w:sz w:val="24"/>
          <w:szCs w:val="24"/>
        </w:rPr>
        <w:t>Representative Wilfred Carter, Sr.</w:t>
      </w:r>
    </w:p>
    <w:p w14:paraId="37488FE7" w14:textId="77777777" w:rsidR="00641D52" w:rsidRDefault="00641D52" w:rsidP="00641D52">
      <w:pPr>
        <w:spacing w:after="0"/>
        <w:jc w:val="center"/>
        <w:rPr>
          <w:sz w:val="24"/>
          <w:szCs w:val="24"/>
        </w:rPr>
      </w:pPr>
    </w:p>
    <w:p w14:paraId="2EC906BD" w14:textId="0EE959EF" w:rsidR="00641D52" w:rsidRDefault="00CA1E11" w:rsidP="00641D52">
      <w:pPr>
        <w:spacing w:after="0"/>
        <w:rPr>
          <w:sz w:val="24"/>
          <w:szCs w:val="24"/>
        </w:rPr>
      </w:pPr>
      <w:r>
        <w:rPr>
          <w:b/>
          <w:bCs/>
          <w:sz w:val="24"/>
          <w:szCs w:val="24"/>
        </w:rPr>
        <w:t>Absent:</w:t>
      </w:r>
      <w:r>
        <w:rPr>
          <w:b/>
          <w:bCs/>
          <w:sz w:val="24"/>
          <w:szCs w:val="24"/>
        </w:rPr>
        <w:tab/>
      </w:r>
      <w:r>
        <w:rPr>
          <w:b/>
          <w:bCs/>
          <w:sz w:val="24"/>
          <w:szCs w:val="24"/>
        </w:rPr>
        <w:tab/>
      </w:r>
      <w:r>
        <w:rPr>
          <w:b/>
          <w:bCs/>
          <w:sz w:val="24"/>
          <w:szCs w:val="24"/>
        </w:rPr>
        <w:tab/>
      </w:r>
      <w:r>
        <w:rPr>
          <w:sz w:val="24"/>
          <w:szCs w:val="24"/>
        </w:rPr>
        <w:t>NA</w:t>
      </w:r>
    </w:p>
    <w:p w14:paraId="31A8E2C8" w14:textId="77777777" w:rsidR="00CA1E11" w:rsidRDefault="00CA1E11" w:rsidP="00641D52">
      <w:pPr>
        <w:spacing w:after="0"/>
        <w:rPr>
          <w:sz w:val="24"/>
          <w:szCs w:val="24"/>
        </w:rPr>
      </w:pPr>
    </w:p>
    <w:p w14:paraId="097E1CA7" w14:textId="7A367085" w:rsidR="00894B55" w:rsidRPr="00AF547C" w:rsidRDefault="00CA1E11" w:rsidP="00641D52">
      <w:pPr>
        <w:spacing w:after="0"/>
        <w:rPr>
          <w:sz w:val="24"/>
          <w:szCs w:val="24"/>
        </w:rPr>
      </w:pPr>
      <w:r>
        <w:rPr>
          <w:b/>
          <w:bCs/>
          <w:sz w:val="24"/>
          <w:szCs w:val="24"/>
        </w:rPr>
        <w:t>Call To Order</w:t>
      </w:r>
      <w:r w:rsidR="00933573">
        <w:rPr>
          <w:b/>
          <w:bCs/>
          <w:sz w:val="24"/>
          <w:szCs w:val="24"/>
        </w:rPr>
        <w:t>:</w:t>
      </w:r>
      <w:r w:rsidR="00933573">
        <w:rPr>
          <w:b/>
          <w:bCs/>
          <w:sz w:val="24"/>
          <w:szCs w:val="24"/>
        </w:rPr>
        <w:tab/>
      </w:r>
      <w:r w:rsidR="00933573">
        <w:rPr>
          <w:b/>
          <w:bCs/>
          <w:sz w:val="24"/>
          <w:szCs w:val="24"/>
        </w:rPr>
        <w:tab/>
      </w:r>
      <w:r w:rsidR="00AF547C">
        <w:rPr>
          <w:sz w:val="24"/>
          <w:szCs w:val="24"/>
        </w:rPr>
        <w:t>5:</w:t>
      </w:r>
      <w:r w:rsidR="00376FD7">
        <w:rPr>
          <w:sz w:val="24"/>
          <w:szCs w:val="24"/>
        </w:rPr>
        <w:t>35</w:t>
      </w:r>
      <w:r w:rsidR="00AF547C">
        <w:rPr>
          <w:sz w:val="24"/>
          <w:szCs w:val="24"/>
        </w:rPr>
        <w:t xml:space="preserve"> pm</w:t>
      </w:r>
      <w:r w:rsidR="001F5132">
        <w:rPr>
          <w:sz w:val="24"/>
          <w:szCs w:val="24"/>
        </w:rPr>
        <w:t xml:space="preserve"> by Chair Willis</w:t>
      </w:r>
      <w:r w:rsidR="000F0BB3">
        <w:rPr>
          <w:sz w:val="24"/>
          <w:szCs w:val="24"/>
        </w:rPr>
        <w:t xml:space="preserve"> and quorum noted.</w:t>
      </w:r>
    </w:p>
    <w:p w14:paraId="04FBC0A4" w14:textId="77777777" w:rsidR="00894B55" w:rsidRDefault="00894B55" w:rsidP="00641D52">
      <w:pPr>
        <w:spacing w:after="0"/>
        <w:rPr>
          <w:b/>
          <w:bCs/>
          <w:sz w:val="24"/>
          <w:szCs w:val="24"/>
        </w:rPr>
      </w:pPr>
    </w:p>
    <w:p w14:paraId="4F6EA698" w14:textId="52CABB62" w:rsidR="00933573" w:rsidRPr="00933573" w:rsidRDefault="00933573" w:rsidP="00641D52">
      <w:pPr>
        <w:spacing w:after="0"/>
        <w:rPr>
          <w:b/>
          <w:bCs/>
          <w:sz w:val="24"/>
          <w:szCs w:val="24"/>
        </w:rPr>
      </w:pPr>
      <w:r>
        <w:rPr>
          <w:b/>
          <w:bCs/>
          <w:sz w:val="24"/>
          <w:szCs w:val="24"/>
        </w:rPr>
        <w:t>Approval of Minutes:</w:t>
      </w:r>
    </w:p>
    <w:p w14:paraId="292F85CE" w14:textId="1F6C8FB7" w:rsidR="00933573" w:rsidRPr="001F5132" w:rsidRDefault="00D8622E" w:rsidP="00641D52">
      <w:pPr>
        <w:spacing w:after="0"/>
        <w:rPr>
          <w:sz w:val="24"/>
          <w:szCs w:val="24"/>
        </w:rPr>
      </w:pPr>
      <w:r>
        <w:rPr>
          <w:sz w:val="24"/>
          <w:szCs w:val="24"/>
        </w:rPr>
        <w:t xml:space="preserve">Motion to accept minutes was made by </w:t>
      </w:r>
      <w:r w:rsidR="00F660BE">
        <w:rPr>
          <w:sz w:val="24"/>
          <w:szCs w:val="24"/>
        </w:rPr>
        <w:t>Landry</w:t>
      </w:r>
      <w:r>
        <w:rPr>
          <w:sz w:val="24"/>
          <w:szCs w:val="24"/>
        </w:rPr>
        <w:t>,</w:t>
      </w:r>
      <w:r w:rsidR="000F0BB3">
        <w:rPr>
          <w:sz w:val="24"/>
          <w:szCs w:val="24"/>
        </w:rPr>
        <w:t xml:space="preserve"> </w:t>
      </w:r>
      <w:r>
        <w:rPr>
          <w:sz w:val="24"/>
          <w:szCs w:val="24"/>
        </w:rPr>
        <w:t xml:space="preserve">seconded by </w:t>
      </w:r>
      <w:r w:rsidR="0038075E">
        <w:rPr>
          <w:sz w:val="24"/>
          <w:szCs w:val="24"/>
        </w:rPr>
        <w:t>Ambrose,</w:t>
      </w:r>
      <w:r w:rsidR="000F0BB3">
        <w:rPr>
          <w:sz w:val="24"/>
          <w:szCs w:val="24"/>
        </w:rPr>
        <w:t xml:space="preserve"> and carried</w:t>
      </w:r>
      <w:r w:rsidR="0038075E">
        <w:rPr>
          <w:sz w:val="24"/>
          <w:szCs w:val="24"/>
        </w:rPr>
        <w:t xml:space="preserve">. </w:t>
      </w:r>
    </w:p>
    <w:p w14:paraId="036FF0C0" w14:textId="77777777" w:rsidR="00007037" w:rsidRDefault="00007037" w:rsidP="00641D52">
      <w:pPr>
        <w:spacing w:after="0"/>
        <w:rPr>
          <w:sz w:val="24"/>
          <w:szCs w:val="24"/>
        </w:rPr>
      </w:pPr>
    </w:p>
    <w:p w14:paraId="3BF5AAF7" w14:textId="52A31B44" w:rsidR="00D57E8D" w:rsidRDefault="00D57E8D" w:rsidP="00641D52">
      <w:pPr>
        <w:spacing w:after="0"/>
        <w:rPr>
          <w:b/>
          <w:bCs/>
          <w:sz w:val="24"/>
          <w:szCs w:val="24"/>
        </w:rPr>
      </w:pPr>
      <w:r>
        <w:rPr>
          <w:b/>
          <w:bCs/>
          <w:sz w:val="24"/>
          <w:szCs w:val="24"/>
        </w:rPr>
        <w:t>Agenda Items</w:t>
      </w:r>
      <w:r w:rsidR="00D8622E">
        <w:rPr>
          <w:b/>
          <w:bCs/>
          <w:sz w:val="24"/>
          <w:szCs w:val="24"/>
        </w:rPr>
        <w:t xml:space="preserve"> – </w:t>
      </w:r>
    </w:p>
    <w:p w14:paraId="508E2CCD" w14:textId="181B5745" w:rsidR="00007037" w:rsidRDefault="00F660BE" w:rsidP="00007037">
      <w:pPr>
        <w:pStyle w:val="ListParagraph"/>
        <w:numPr>
          <w:ilvl w:val="0"/>
          <w:numId w:val="10"/>
        </w:numPr>
        <w:spacing w:after="0"/>
        <w:rPr>
          <w:sz w:val="24"/>
          <w:szCs w:val="24"/>
        </w:rPr>
      </w:pPr>
      <w:r>
        <w:rPr>
          <w:sz w:val="24"/>
          <w:szCs w:val="24"/>
        </w:rPr>
        <w:t>Mr. Carter spoke on the intent of the Mayor to request a vote before the City Coun</w:t>
      </w:r>
      <w:r w:rsidR="009375F3">
        <w:rPr>
          <w:sz w:val="24"/>
          <w:szCs w:val="24"/>
        </w:rPr>
        <w:t>c</w:t>
      </w:r>
      <w:r>
        <w:rPr>
          <w:sz w:val="24"/>
          <w:szCs w:val="24"/>
        </w:rPr>
        <w:t>il establish</w:t>
      </w:r>
      <w:r w:rsidR="00BA41D1">
        <w:rPr>
          <w:sz w:val="24"/>
          <w:szCs w:val="24"/>
        </w:rPr>
        <w:t>ing</w:t>
      </w:r>
      <w:r>
        <w:rPr>
          <w:sz w:val="24"/>
          <w:szCs w:val="24"/>
        </w:rPr>
        <w:t xml:space="preserve"> another economic district that would fall within the boundaries of the </w:t>
      </w:r>
      <w:r w:rsidR="00BA41D1">
        <w:rPr>
          <w:sz w:val="24"/>
          <w:szCs w:val="24"/>
        </w:rPr>
        <w:t xml:space="preserve">newly established </w:t>
      </w:r>
      <w:r>
        <w:rPr>
          <w:sz w:val="24"/>
          <w:szCs w:val="24"/>
        </w:rPr>
        <w:t>NLCEDD and if passed would most likely take funding from the existing District</w:t>
      </w:r>
      <w:r w:rsidR="009375F3">
        <w:rPr>
          <w:sz w:val="24"/>
          <w:szCs w:val="24"/>
        </w:rPr>
        <w:t>.</w:t>
      </w:r>
    </w:p>
    <w:p w14:paraId="0D486200" w14:textId="77777777" w:rsidR="00DF7D3E" w:rsidRDefault="00DF7D3E" w:rsidP="00DF7D3E">
      <w:pPr>
        <w:pStyle w:val="ListParagraph"/>
        <w:spacing w:after="0"/>
        <w:rPr>
          <w:sz w:val="24"/>
          <w:szCs w:val="24"/>
        </w:rPr>
      </w:pPr>
    </w:p>
    <w:p w14:paraId="384A28AD" w14:textId="1D34628B" w:rsidR="00DF7D3E" w:rsidRDefault="00DF7D3E" w:rsidP="00007037">
      <w:pPr>
        <w:pStyle w:val="ListParagraph"/>
        <w:numPr>
          <w:ilvl w:val="0"/>
          <w:numId w:val="10"/>
        </w:numPr>
        <w:spacing w:after="0"/>
        <w:rPr>
          <w:sz w:val="24"/>
          <w:szCs w:val="24"/>
        </w:rPr>
      </w:pPr>
      <w:r>
        <w:rPr>
          <w:sz w:val="24"/>
          <w:szCs w:val="24"/>
        </w:rPr>
        <w:t>Chair Willis discussed next steps of obtaining documentation on meeting with Mayor to outline requirements to be met by the District in order to proceed with obtaining funds that have been approved for use</w:t>
      </w:r>
      <w:r w:rsidR="00DD364E">
        <w:rPr>
          <w:sz w:val="24"/>
          <w:szCs w:val="24"/>
        </w:rPr>
        <w:t>.</w:t>
      </w:r>
    </w:p>
    <w:p w14:paraId="100746F9" w14:textId="77777777" w:rsidR="00DF7D3E" w:rsidRPr="00DF7D3E" w:rsidRDefault="00DF7D3E" w:rsidP="00DF7D3E">
      <w:pPr>
        <w:pStyle w:val="ListParagraph"/>
        <w:rPr>
          <w:sz w:val="24"/>
          <w:szCs w:val="24"/>
        </w:rPr>
      </w:pPr>
    </w:p>
    <w:p w14:paraId="324116A9" w14:textId="4A34A088" w:rsidR="00DF7D3E" w:rsidRDefault="00DF7D3E" w:rsidP="00007037">
      <w:pPr>
        <w:pStyle w:val="ListParagraph"/>
        <w:numPr>
          <w:ilvl w:val="0"/>
          <w:numId w:val="10"/>
        </w:numPr>
        <w:spacing w:after="0"/>
        <w:rPr>
          <w:sz w:val="24"/>
          <w:szCs w:val="24"/>
        </w:rPr>
      </w:pPr>
      <w:r>
        <w:rPr>
          <w:sz w:val="24"/>
          <w:szCs w:val="24"/>
        </w:rPr>
        <w:t xml:space="preserve">Chair Willis discussed plan to have </w:t>
      </w:r>
      <w:r w:rsidR="00BA41D1">
        <w:rPr>
          <w:sz w:val="24"/>
          <w:szCs w:val="24"/>
        </w:rPr>
        <w:t xml:space="preserve">another meeting this month with Mr. Broussard </w:t>
      </w:r>
      <w:r w:rsidR="00BA41D1">
        <w:rPr>
          <w:i/>
          <w:iCs/>
          <w:sz w:val="24"/>
          <w:szCs w:val="24"/>
        </w:rPr>
        <w:t xml:space="preserve">(depending on his availability) </w:t>
      </w:r>
      <w:r w:rsidR="00BA41D1">
        <w:rPr>
          <w:sz w:val="24"/>
          <w:szCs w:val="24"/>
        </w:rPr>
        <w:t>to begin budgeting and strategic planning process.</w:t>
      </w:r>
    </w:p>
    <w:p w14:paraId="23EA3C8B" w14:textId="77777777" w:rsidR="00BA41D1" w:rsidRPr="00BA41D1" w:rsidRDefault="00BA41D1" w:rsidP="00BA41D1">
      <w:pPr>
        <w:pStyle w:val="ListParagraph"/>
        <w:rPr>
          <w:sz w:val="24"/>
          <w:szCs w:val="24"/>
        </w:rPr>
      </w:pPr>
    </w:p>
    <w:p w14:paraId="2578BCA8" w14:textId="774C354C" w:rsidR="00BA41D1" w:rsidRDefault="00BA41D1" w:rsidP="00007037">
      <w:pPr>
        <w:pStyle w:val="ListParagraph"/>
        <w:numPr>
          <w:ilvl w:val="0"/>
          <w:numId w:val="10"/>
        </w:numPr>
        <w:spacing w:after="0"/>
        <w:rPr>
          <w:sz w:val="24"/>
          <w:szCs w:val="24"/>
        </w:rPr>
      </w:pPr>
      <w:r>
        <w:rPr>
          <w:sz w:val="24"/>
          <w:szCs w:val="24"/>
        </w:rPr>
        <w:t>Chair Willis presented pricing provided by the Hackett Group.</w:t>
      </w:r>
    </w:p>
    <w:p w14:paraId="25D50DCE" w14:textId="77777777" w:rsidR="00527D32" w:rsidRDefault="00527D32" w:rsidP="00527D32">
      <w:pPr>
        <w:pStyle w:val="ListParagraph"/>
        <w:spacing w:after="0"/>
        <w:rPr>
          <w:sz w:val="24"/>
          <w:szCs w:val="24"/>
        </w:rPr>
      </w:pPr>
    </w:p>
    <w:p w14:paraId="3D349F2D" w14:textId="68BF0FAA" w:rsidR="00202D66" w:rsidRDefault="000F0BB3" w:rsidP="00202D66">
      <w:pPr>
        <w:pStyle w:val="ListParagraph"/>
        <w:numPr>
          <w:ilvl w:val="0"/>
          <w:numId w:val="10"/>
        </w:numPr>
        <w:spacing w:after="0"/>
        <w:rPr>
          <w:sz w:val="24"/>
          <w:szCs w:val="24"/>
        </w:rPr>
      </w:pPr>
      <w:r>
        <w:rPr>
          <w:sz w:val="24"/>
          <w:szCs w:val="24"/>
        </w:rPr>
        <w:t>There being no further business, a m</w:t>
      </w:r>
      <w:r w:rsidR="00202D66">
        <w:rPr>
          <w:sz w:val="24"/>
          <w:szCs w:val="24"/>
        </w:rPr>
        <w:t xml:space="preserve">otion was made by </w:t>
      </w:r>
      <w:r w:rsidR="00F660BE">
        <w:rPr>
          <w:sz w:val="24"/>
          <w:szCs w:val="24"/>
        </w:rPr>
        <w:t>Ambrose</w:t>
      </w:r>
      <w:r>
        <w:rPr>
          <w:sz w:val="24"/>
          <w:szCs w:val="24"/>
        </w:rPr>
        <w:t>, seco</w:t>
      </w:r>
      <w:r w:rsidR="00202D66">
        <w:rPr>
          <w:sz w:val="24"/>
          <w:szCs w:val="24"/>
        </w:rPr>
        <w:t xml:space="preserve">nd by </w:t>
      </w:r>
      <w:r w:rsidR="00F660BE">
        <w:rPr>
          <w:sz w:val="24"/>
          <w:szCs w:val="24"/>
        </w:rPr>
        <w:t>Willis</w:t>
      </w:r>
      <w:r>
        <w:rPr>
          <w:sz w:val="24"/>
          <w:szCs w:val="24"/>
        </w:rPr>
        <w:t xml:space="preserve"> and carried</w:t>
      </w:r>
      <w:r w:rsidR="00202D66">
        <w:rPr>
          <w:sz w:val="24"/>
          <w:szCs w:val="24"/>
        </w:rPr>
        <w:t xml:space="preserve"> to adjourn meeting</w:t>
      </w:r>
      <w:r>
        <w:rPr>
          <w:sz w:val="24"/>
          <w:szCs w:val="24"/>
        </w:rPr>
        <w:t xml:space="preserve"> at 7:06 p.m.</w:t>
      </w:r>
    </w:p>
    <w:p w14:paraId="26CB5B0A" w14:textId="77777777" w:rsidR="00202D66" w:rsidRPr="00202D66" w:rsidRDefault="00202D66" w:rsidP="00202D66">
      <w:pPr>
        <w:pStyle w:val="ListParagraph"/>
        <w:rPr>
          <w:sz w:val="24"/>
          <w:szCs w:val="24"/>
        </w:rPr>
      </w:pPr>
    </w:p>
    <w:sectPr w:rsidR="00202D66" w:rsidRPr="00202D66" w:rsidSect="00FA4AF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9998" w14:textId="77777777" w:rsidR="00EB6C58" w:rsidRDefault="00EB6C58">
      <w:pPr>
        <w:spacing w:after="0" w:line="240" w:lineRule="auto"/>
      </w:pPr>
      <w:r>
        <w:separator/>
      </w:r>
    </w:p>
  </w:endnote>
  <w:endnote w:type="continuationSeparator" w:id="0">
    <w:p w14:paraId="0C5E9A52" w14:textId="77777777" w:rsidR="00EB6C58" w:rsidRDefault="00EB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53B4" w14:textId="77777777" w:rsidR="00EB6C58" w:rsidRDefault="00EB6C58">
      <w:pPr>
        <w:spacing w:after="0" w:line="240" w:lineRule="auto"/>
      </w:pPr>
      <w:r>
        <w:separator/>
      </w:r>
    </w:p>
  </w:footnote>
  <w:footnote w:type="continuationSeparator" w:id="0">
    <w:p w14:paraId="077AB94C" w14:textId="77777777" w:rsidR="00EB6C58" w:rsidRDefault="00EB6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5E2C" w14:textId="711EE162" w:rsidR="00AE4FEE" w:rsidRDefault="00EB6C58">
    <w:pPr>
      <w:pStyle w:val="Header"/>
      <w:jc w:val="center"/>
    </w:pPr>
    <w:r w:rsidRPr="00E65CE6">
      <w:rPr>
        <w:b/>
        <w:sz w:val="32"/>
        <w:szCs w:val="32"/>
      </w:rPr>
      <w:t>N</w:t>
    </w:r>
    <w:r w:rsidR="00E65CE6" w:rsidRPr="00E65CE6">
      <w:rPr>
        <w:b/>
        <w:sz w:val="32"/>
        <w:szCs w:val="32"/>
      </w:rPr>
      <w:t>ORTH LAKE CHARLES</w:t>
    </w:r>
    <w:r>
      <w:rPr>
        <w:b/>
        <w:sz w:val="32"/>
      </w:rPr>
      <w:t xml:space="preserve"> </w:t>
    </w:r>
    <w:r w:rsidRPr="00E65CE6">
      <w:rPr>
        <w:b/>
      </w:rPr>
      <w:t>Economic Development District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6458B"/>
    <w:multiLevelType w:val="hybridMultilevel"/>
    <w:tmpl w:val="5D38BEAC"/>
    <w:lvl w:ilvl="0" w:tplc="DBE697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7E20F1E"/>
    <w:multiLevelType w:val="hybridMultilevel"/>
    <w:tmpl w:val="3B92984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E19361B"/>
    <w:multiLevelType w:val="hybridMultilevel"/>
    <w:tmpl w:val="E0188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67329"/>
    <w:multiLevelType w:val="hybridMultilevel"/>
    <w:tmpl w:val="81E4A0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8710157">
    <w:abstractNumId w:val="8"/>
  </w:num>
  <w:num w:numId="2" w16cid:durableId="1916620543">
    <w:abstractNumId w:val="6"/>
  </w:num>
  <w:num w:numId="3" w16cid:durableId="2145811209">
    <w:abstractNumId w:val="5"/>
  </w:num>
  <w:num w:numId="4" w16cid:durableId="77753377">
    <w:abstractNumId w:val="4"/>
  </w:num>
  <w:num w:numId="5" w16cid:durableId="2111505023">
    <w:abstractNumId w:val="7"/>
  </w:num>
  <w:num w:numId="6" w16cid:durableId="1772507738">
    <w:abstractNumId w:val="3"/>
  </w:num>
  <w:num w:numId="7" w16cid:durableId="10306087">
    <w:abstractNumId w:val="2"/>
  </w:num>
  <w:num w:numId="8" w16cid:durableId="112329830">
    <w:abstractNumId w:val="1"/>
  </w:num>
  <w:num w:numId="9" w16cid:durableId="1201864738">
    <w:abstractNumId w:val="0"/>
  </w:num>
  <w:num w:numId="10" w16cid:durableId="1268611432">
    <w:abstractNumId w:val="11"/>
  </w:num>
  <w:num w:numId="11" w16cid:durableId="1006831735">
    <w:abstractNumId w:val="9"/>
  </w:num>
  <w:num w:numId="12" w16cid:durableId="1356076716">
    <w:abstractNumId w:val="10"/>
  </w:num>
  <w:num w:numId="13" w16cid:durableId="1940600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037"/>
    <w:rsid w:val="00034616"/>
    <w:rsid w:val="0006063C"/>
    <w:rsid w:val="000743C9"/>
    <w:rsid w:val="000F0BB3"/>
    <w:rsid w:val="0010775C"/>
    <w:rsid w:val="001204FC"/>
    <w:rsid w:val="0015074B"/>
    <w:rsid w:val="00156B17"/>
    <w:rsid w:val="00182138"/>
    <w:rsid w:val="001D06D5"/>
    <w:rsid w:val="001F5132"/>
    <w:rsid w:val="00202D66"/>
    <w:rsid w:val="0029639D"/>
    <w:rsid w:val="002E7BBE"/>
    <w:rsid w:val="00315A90"/>
    <w:rsid w:val="00326F90"/>
    <w:rsid w:val="00376FD7"/>
    <w:rsid w:val="0038075E"/>
    <w:rsid w:val="0039525C"/>
    <w:rsid w:val="003F33C1"/>
    <w:rsid w:val="004E0C42"/>
    <w:rsid w:val="00527D32"/>
    <w:rsid w:val="00560EC9"/>
    <w:rsid w:val="005727DB"/>
    <w:rsid w:val="00634114"/>
    <w:rsid w:val="006359FC"/>
    <w:rsid w:val="00641D52"/>
    <w:rsid w:val="006E3C08"/>
    <w:rsid w:val="006F67DA"/>
    <w:rsid w:val="007E04C9"/>
    <w:rsid w:val="007E6121"/>
    <w:rsid w:val="008727EE"/>
    <w:rsid w:val="00894B55"/>
    <w:rsid w:val="008C6BD8"/>
    <w:rsid w:val="00933573"/>
    <w:rsid w:val="009375F3"/>
    <w:rsid w:val="00950BA0"/>
    <w:rsid w:val="009B23B6"/>
    <w:rsid w:val="009E5B50"/>
    <w:rsid w:val="00A26849"/>
    <w:rsid w:val="00A36974"/>
    <w:rsid w:val="00AA1D8D"/>
    <w:rsid w:val="00AC4F7A"/>
    <w:rsid w:val="00AE4FEE"/>
    <w:rsid w:val="00AF547C"/>
    <w:rsid w:val="00B01FD2"/>
    <w:rsid w:val="00B47730"/>
    <w:rsid w:val="00B912DA"/>
    <w:rsid w:val="00BA41D1"/>
    <w:rsid w:val="00BC588E"/>
    <w:rsid w:val="00C7670A"/>
    <w:rsid w:val="00CA1E11"/>
    <w:rsid w:val="00CB0664"/>
    <w:rsid w:val="00CB5446"/>
    <w:rsid w:val="00D50B93"/>
    <w:rsid w:val="00D57E8D"/>
    <w:rsid w:val="00D8622E"/>
    <w:rsid w:val="00DD364E"/>
    <w:rsid w:val="00DD6934"/>
    <w:rsid w:val="00DF7176"/>
    <w:rsid w:val="00DF7D3E"/>
    <w:rsid w:val="00E65CE6"/>
    <w:rsid w:val="00E672AB"/>
    <w:rsid w:val="00E8371E"/>
    <w:rsid w:val="00EB6C58"/>
    <w:rsid w:val="00F660BE"/>
    <w:rsid w:val="00FA4AF7"/>
    <w:rsid w:val="00FB65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E7A153"/>
  <w14:defaultImageDpi w14:val="300"/>
  <w15:docId w15:val="{30820F11-8C20-43D0-8AFD-1669BFCE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Shawntel Willis</cp:lastModifiedBy>
  <cp:revision>2</cp:revision>
  <cp:lastPrinted>2025-12-09T21:03:00Z</cp:lastPrinted>
  <dcterms:created xsi:type="dcterms:W3CDTF">2026-02-22T21:18:00Z</dcterms:created>
  <dcterms:modified xsi:type="dcterms:W3CDTF">2026-02-22T21:18:00Z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17ad45c4-f40b-45d2-9bc4-89e026efe695</vt:lpwstr>
  </property>
</Properties>
</file>