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E9720" w14:textId="77777777" w:rsidR="00AE4FEE" w:rsidRDefault="00AE4FEE">
      <w:pPr>
        <w:pBdr>
          <w:bottom w:val="single" w:sz="12" w:space="1" w:color="000000"/>
        </w:pBdr>
        <w:jc w:val="center"/>
      </w:pPr>
    </w:p>
    <w:p w14:paraId="21168813" w14:textId="786F11BF" w:rsidR="00641D52" w:rsidRPr="00641D52" w:rsidRDefault="00EB6C58" w:rsidP="00641D52">
      <w:pPr>
        <w:spacing w:after="0"/>
        <w:jc w:val="center"/>
        <w:rPr>
          <w:b/>
          <w:bCs/>
          <w:sz w:val="24"/>
          <w:szCs w:val="24"/>
        </w:rPr>
      </w:pPr>
      <w:r>
        <w:br/>
      </w:r>
      <w:r w:rsidR="00641D52" w:rsidRPr="00641D52">
        <w:rPr>
          <w:b/>
          <w:bCs/>
          <w:sz w:val="24"/>
          <w:szCs w:val="24"/>
        </w:rPr>
        <w:t>Meeting Minutes</w:t>
      </w:r>
    </w:p>
    <w:p w14:paraId="648F2F52" w14:textId="102A478F" w:rsidR="00641D52" w:rsidRDefault="00641D52" w:rsidP="00641D52">
      <w:pPr>
        <w:spacing w:after="0"/>
        <w:rPr>
          <w:b/>
          <w:bCs/>
          <w:sz w:val="24"/>
          <w:szCs w:val="24"/>
        </w:rPr>
      </w:pPr>
    </w:p>
    <w:p w14:paraId="6750CB6A" w14:textId="544E8C28" w:rsidR="00641D52" w:rsidRDefault="00641D52" w:rsidP="00641D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November </w:t>
      </w:r>
      <w:r w:rsidR="001F5132">
        <w:rPr>
          <w:sz w:val="24"/>
          <w:szCs w:val="24"/>
        </w:rPr>
        <w:t>20</w:t>
      </w:r>
      <w:r w:rsidRPr="00641D5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2025</w:t>
      </w:r>
    </w:p>
    <w:p w14:paraId="10E8FFE8" w14:textId="77777777" w:rsidR="00CA1E11" w:rsidRDefault="00CA1E11" w:rsidP="00641D52">
      <w:pPr>
        <w:spacing w:after="0"/>
        <w:rPr>
          <w:sz w:val="24"/>
          <w:szCs w:val="24"/>
        </w:rPr>
      </w:pPr>
    </w:p>
    <w:p w14:paraId="1716AA2E" w14:textId="14D08737" w:rsidR="00CA1E11" w:rsidRPr="00CA1E11" w:rsidRDefault="00CA1E11" w:rsidP="00641D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Location: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Allen August Multipurpose Center</w:t>
      </w:r>
      <w:r w:rsidR="007E6121">
        <w:rPr>
          <w:sz w:val="24"/>
          <w:szCs w:val="24"/>
        </w:rPr>
        <w:t xml:space="preserve"> (AAMC)</w:t>
      </w:r>
      <w:r>
        <w:rPr>
          <w:sz w:val="24"/>
          <w:szCs w:val="24"/>
        </w:rPr>
        <w:t>, Lake Charles, LA</w:t>
      </w:r>
    </w:p>
    <w:p w14:paraId="30C22454" w14:textId="77777777" w:rsidR="00641D52" w:rsidRDefault="00641D52" w:rsidP="00641D52">
      <w:pPr>
        <w:spacing w:after="0"/>
        <w:rPr>
          <w:sz w:val="24"/>
          <w:szCs w:val="24"/>
        </w:rPr>
      </w:pPr>
    </w:p>
    <w:p w14:paraId="50854AB6" w14:textId="66F06020" w:rsidR="00641D52" w:rsidRDefault="00641D52" w:rsidP="00641D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Voting Members Present: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Shawntel Willis – Chair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Carl Ambrose, Jr. – Co-Chair</w:t>
      </w:r>
    </w:p>
    <w:p w14:paraId="6D75152F" w14:textId="64B83D6C" w:rsidR="00641D52" w:rsidRDefault="00641D52" w:rsidP="00641D5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Marzetta Landry – Treasurer</w:t>
      </w:r>
      <w:r>
        <w:rPr>
          <w:sz w:val="24"/>
          <w:szCs w:val="24"/>
        </w:rPr>
        <w:tab/>
        <w:t xml:space="preserve">Tommy Senegal – </w:t>
      </w:r>
      <w:r w:rsidR="00B912DA">
        <w:rPr>
          <w:sz w:val="24"/>
          <w:szCs w:val="24"/>
        </w:rPr>
        <w:t>Chaplain</w:t>
      </w:r>
    </w:p>
    <w:p w14:paraId="28F44372" w14:textId="12AABA9F" w:rsidR="00641D52" w:rsidRDefault="00641D52" w:rsidP="00641D5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Marsha </w:t>
      </w:r>
      <w:proofErr w:type="spellStart"/>
      <w:r>
        <w:rPr>
          <w:sz w:val="24"/>
          <w:szCs w:val="24"/>
        </w:rPr>
        <w:t>Duplechain</w:t>
      </w:r>
      <w:proofErr w:type="spellEnd"/>
      <w:r>
        <w:rPr>
          <w:sz w:val="24"/>
          <w:szCs w:val="24"/>
        </w:rPr>
        <w:t>-Williams – Secretary</w:t>
      </w:r>
    </w:p>
    <w:p w14:paraId="0C876C7F" w14:textId="77777777" w:rsidR="00641D52" w:rsidRDefault="00641D52" w:rsidP="00641D52">
      <w:pPr>
        <w:spacing w:after="0"/>
        <w:rPr>
          <w:sz w:val="24"/>
          <w:szCs w:val="24"/>
        </w:rPr>
      </w:pPr>
    </w:p>
    <w:p w14:paraId="5D9D8100" w14:textId="05D2540F" w:rsidR="00641D52" w:rsidRDefault="00641D52" w:rsidP="00641D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Non-Voting Members Present:</w:t>
      </w:r>
      <w:r>
        <w:rPr>
          <w:b/>
          <w:bCs/>
          <w:sz w:val="24"/>
          <w:szCs w:val="24"/>
        </w:rPr>
        <w:tab/>
      </w:r>
      <w:r w:rsidR="00D8622E">
        <w:rPr>
          <w:sz w:val="24"/>
          <w:szCs w:val="24"/>
        </w:rPr>
        <w:t>N/A</w:t>
      </w:r>
    </w:p>
    <w:p w14:paraId="65A3A364" w14:textId="77777777" w:rsidR="00641D52" w:rsidRDefault="00641D52" w:rsidP="00641D52">
      <w:pPr>
        <w:spacing w:after="0"/>
        <w:rPr>
          <w:sz w:val="24"/>
          <w:szCs w:val="24"/>
        </w:rPr>
      </w:pPr>
    </w:p>
    <w:p w14:paraId="346DCD33" w14:textId="54384403" w:rsidR="00AC4F7A" w:rsidRDefault="00641D52" w:rsidP="001F513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Guests: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1F5132">
        <w:rPr>
          <w:sz w:val="24"/>
          <w:szCs w:val="24"/>
        </w:rPr>
        <w:t xml:space="preserve">Fitzgerald </w:t>
      </w:r>
      <w:proofErr w:type="spellStart"/>
      <w:r w:rsidR="001F5132">
        <w:rPr>
          <w:sz w:val="24"/>
          <w:szCs w:val="24"/>
        </w:rPr>
        <w:t>Darbonne</w:t>
      </w:r>
      <w:proofErr w:type="spellEnd"/>
    </w:p>
    <w:p w14:paraId="4E276236" w14:textId="5A9F2F47" w:rsidR="001F5132" w:rsidRDefault="001F5132" w:rsidP="001F513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Tya Scoggins</w:t>
      </w:r>
    </w:p>
    <w:p w14:paraId="3134771F" w14:textId="5ABB5A35" w:rsidR="001F5132" w:rsidRPr="00641D52" w:rsidRDefault="001F5132" w:rsidP="001F513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Stephen Mayberry</w:t>
      </w:r>
    </w:p>
    <w:p w14:paraId="37488FE7" w14:textId="77777777" w:rsidR="00641D52" w:rsidRDefault="00641D52" w:rsidP="00641D52">
      <w:pPr>
        <w:spacing w:after="0"/>
        <w:jc w:val="center"/>
        <w:rPr>
          <w:sz w:val="24"/>
          <w:szCs w:val="24"/>
        </w:rPr>
      </w:pPr>
    </w:p>
    <w:p w14:paraId="2EC906BD" w14:textId="0EE959EF" w:rsidR="00641D52" w:rsidRDefault="00CA1E11" w:rsidP="00641D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Absent: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NA</w:t>
      </w:r>
    </w:p>
    <w:p w14:paraId="31A8E2C8" w14:textId="77777777" w:rsidR="00CA1E11" w:rsidRDefault="00CA1E11" w:rsidP="00641D52">
      <w:pPr>
        <w:spacing w:after="0"/>
        <w:rPr>
          <w:sz w:val="24"/>
          <w:szCs w:val="24"/>
        </w:rPr>
      </w:pPr>
    </w:p>
    <w:p w14:paraId="097E1CA7" w14:textId="1A1E4FA3" w:rsidR="00894B55" w:rsidRPr="00AF547C" w:rsidRDefault="00CA1E11" w:rsidP="00641D52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  <w:r w:rsidR="00933573">
        <w:rPr>
          <w:b/>
          <w:bCs/>
          <w:sz w:val="24"/>
          <w:szCs w:val="24"/>
        </w:rPr>
        <w:t>:</w:t>
      </w:r>
      <w:r w:rsidR="00933573">
        <w:rPr>
          <w:b/>
          <w:bCs/>
          <w:sz w:val="24"/>
          <w:szCs w:val="24"/>
        </w:rPr>
        <w:tab/>
      </w:r>
      <w:r w:rsidR="00933573">
        <w:rPr>
          <w:b/>
          <w:bCs/>
          <w:sz w:val="24"/>
          <w:szCs w:val="24"/>
        </w:rPr>
        <w:tab/>
      </w:r>
      <w:r w:rsidR="00AF547C">
        <w:rPr>
          <w:sz w:val="24"/>
          <w:szCs w:val="24"/>
        </w:rPr>
        <w:t>5:</w:t>
      </w:r>
      <w:r w:rsidR="001F5132">
        <w:rPr>
          <w:sz w:val="24"/>
          <w:szCs w:val="24"/>
        </w:rPr>
        <w:t>41</w:t>
      </w:r>
      <w:r w:rsidR="00AF547C">
        <w:rPr>
          <w:sz w:val="24"/>
          <w:szCs w:val="24"/>
        </w:rPr>
        <w:t xml:space="preserve"> pm</w:t>
      </w:r>
      <w:r w:rsidR="001F5132">
        <w:rPr>
          <w:sz w:val="24"/>
          <w:szCs w:val="24"/>
        </w:rPr>
        <w:t xml:space="preserve"> by Chair Willis</w:t>
      </w:r>
      <w:r w:rsidR="000F0BB3">
        <w:rPr>
          <w:sz w:val="24"/>
          <w:szCs w:val="24"/>
        </w:rPr>
        <w:t xml:space="preserve"> and quorum noted.</w:t>
      </w:r>
    </w:p>
    <w:p w14:paraId="04FBC0A4" w14:textId="77777777" w:rsidR="00894B55" w:rsidRDefault="00894B55" w:rsidP="00641D52">
      <w:pPr>
        <w:spacing w:after="0"/>
        <w:rPr>
          <w:b/>
          <w:bCs/>
          <w:sz w:val="24"/>
          <w:szCs w:val="24"/>
        </w:rPr>
      </w:pPr>
    </w:p>
    <w:p w14:paraId="4F6EA698" w14:textId="52CABB62" w:rsidR="00933573" w:rsidRPr="00933573" w:rsidRDefault="00933573" w:rsidP="00641D5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Minutes:</w:t>
      </w:r>
    </w:p>
    <w:p w14:paraId="292F85CE" w14:textId="035923E2" w:rsidR="00933573" w:rsidRPr="001F5132" w:rsidRDefault="00D8622E" w:rsidP="00641D52">
      <w:pPr>
        <w:spacing w:after="0"/>
        <w:rPr>
          <w:sz w:val="24"/>
          <w:szCs w:val="24"/>
        </w:rPr>
      </w:pPr>
      <w:r>
        <w:rPr>
          <w:sz w:val="24"/>
          <w:szCs w:val="24"/>
        </w:rPr>
        <w:t>Motion to accept minutes was made by Ambrose,</w:t>
      </w:r>
      <w:r w:rsidR="000F0B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seconded by </w:t>
      </w:r>
      <w:proofErr w:type="gramStart"/>
      <w:r>
        <w:rPr>
          <w:sz w:val="24"/>
          <w:szCs w:val="24"/>
        </w:rPr>
        <w:t>Landy</w:t>
      </w:r>
      <w:proofErr w:type="gramEnd"/>
      <w:r w:rsidR="000F0BB3">
        <w:rPr>
          <w:sz w:val="24"/>
          <w:szCs w:val="24"/>
        </w:rPr>
        <w:t xml:space="preserve"> and carried</w:t>
      </w:r>
      <w:r>
        <w:rPr>
          <w:sz w:val="24"/>
          <w:szCs w:val="24"/>
        </w:rPr>
        <w:t xml:space="preserve">.  </w:t>
      </w:r>
    </w:p>
    <w:p w14:paraId="036FF0C0" w14:textId="77777777" w:rsidR="00007037" w:rsidRDefault="00007037" w:rsidP="00641D52">
      <w:pPr>
        <w:spacing w:after="0"/>
        <w:rPr>
          <w:sz w:val="24"/>
          <w:szCs w:val="24"/>
        </w:rPr>
      </w:pPr>
    </w:p>
    <w:p w14:paraId="3BF5AAF7" w14:textId="52A31B44" w:rsidR="00D57E8D" w:rsidRDefault="00D57E8D" w:rsidP="00641D5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 Items</w:t>
      </w:r>
      <w:r w:rsidR="00D8622E">
        <w:rPr>
          <w:b/>
          <w:bCs/>
          <w:sz w:val="24"/>
          <w:szCs w:val="24"/>
        </w:rPr>
        <w:t xml:space="preserve"> – </w:t>
      </w:r>
    </w:p>
    <w:p w14:paraId="508E2CCD" w14:textId="046D4C59" w:rsidR="00007037" w:rsidRDefault="00D57E8D" w:rsidP="00007037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Chair Willis i</w:t>
      </w:r>
      <w:r w:rsidR="000743C9">
        <w:rPr>
          <w:sz w:val="24"/>
          <w:szCs w:val="24"/>
        </w:rPr>
        <w:t xml:space="preserve">nformed board members </w:t>
      </w:r>
      <w:r w:rsidR="00DD6934">
        <w:rPr>
          <w:sz w:val="24"/>
          <w:szCs w:val="24"/>
        </w:rPr>
        <w:t>that</w:t>
      </w:r>
      <w:r w:rsidR="000743C9">
        <w:rPr>
          <w:sz w:val="24"/>
          <w:szCs w:val="24"/>
        </w:rPr>
        <w:t xml:space="preserve"> she</w:t>
      </w:r>
      <w:r w:rsidR="003F33C1">
        <w:rPr>
          <w:sz w:val="24"/>
          <w:szCs w:val="24"/>
        </w:rPr>
        <w:t xml:space="preserve"> </w:t>
      </w:r>
      <w:r w:rsidR="000743C9">
        <w:rPr>
          <w:sz w:val="24"/>
          <w:szCs w:val="24"/>
        </w:rPr>
        <w:t>and Co-Chair Ambrose will be meeting with the Mayor of Lake Charles on 11.26.25 at 10:30 a.m.</w:t>
      </w:r>
    </w:p>
    <w:p w14:paraId="540201D2" w14:textId="77777777" w:rsidR="00007037" w:rsidRPr="00007037" w:rsidRDefault="00007037" w:rsidP="00007037">
      <w:pPr>
        <w:pStyle w:val="ListParagraph"/>
        <w:spacing w:after="0"/>
        <w:rPr>
          <w:sz w:val="24"/>
          <w:szCs w:val="24"/>
        </w:rPr>
      </w:pPr>
    </w:p>
    <w:p w14:paraId="28C3749F" w14:textId="0CC1C279" w:rsidR="00D57E8D" w:rsidRDefault="00D57E8D" w:rsidP="00D57E8D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57E8D">
        <w:rPr>
          <w:sz w:val="24"/>
          <w:szCs w:val="24"/>
        </w:rPr>
        <w:t xml:space="preserve">Focus of meeting was </w:t>
      </w:r>
      <w:r w:rsidR="000743C9">
        <w:rPr>
          <w:sz w:val="24"/>
          <w:szCs w:val="24"/>
        </w:rPr>
        <w:t>a follow up to prior meeting, rounding out the final presentation and review of potential consultants</w:t>
      </w:r>
      <w:r w:rsidR="003F33C1">
        <w:rPr>
          <w:sz w:val="24"/>
          <w:szCs w:val="24"/>
        </w:rPr>
        <w:t>.  Discussion centered</w:t>
      </w:r>
      <w:r w:rsidR="000743C9">
        <w:rPr>
          <w:sz w:val="24"/>
          <w:szCs w:val="24"/>
        </w:rPr>
        <w:t xml:space="preserve"> </w:t>
      </w:r>
      <w:r w:rsidRPr="00D57E8D">
        <w:rPr>
          <w:sz w:val="24"/>
          <w:szCs w:val="24"/>
        </w:rPr>
        <w:t>on their experience in the economic sector and their ability to help support</w:t>
      </w:r>
      <w:r w:rsidR="000F0BB3">
        <w:rPr>
          <w:sz w:val="24"/>
          <w:szCs w:val="24"/>
        </w:rPr>
        <w:t>/</w:t>
      </w:r>
      <w:r w:rsidRPr="00D57E8D">
        <w:rPr>
          <w:sz w:val="24"/>
          <w:szCs w:val="24"/>
        </w:rPr>
        <w:t>develop NLCEDD into a viable and productive entity</w:t>
      </w:r>
      <w:r w:rsidR="00007037">
        <w:rPr>
          <w:sz w:val="24"/>
          <w:szCs w:val="24"/>
        </w:rPr>
        <w:t>.</w:t>
      </w:r>
    </w:p>
    <w:p w14:paraId="23A904E3" w14:textId="77777777" w:rsidR="00007037" w:rsidRPr="00007037" w:rsidRDefault="00007037" w:rsidP="00007037">
      <w:pPr>
        <w:spacing w:after="0"/>
        <w:rPr>
          <w:sz w:val="24"/>
          <w:szCs w:val="24"/>
        </w:rPr>
      </w:pPr>
    </w:p>
    <w:p w14:paraId="401AB07A" w14:textId="61D3E051" w:rsidR="000743C9" w:rsidRDefault="000743C9" w:rsidP="00DD6934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Fitzgerald </w:t>
      </w:r>
      <w:proofErr w:type="spellStart"/>
      <w:r>
        <w:rPr>
          <w:sz w:val="24"/>
          <w:szCs w:val="24"/>
        </w:rPr>
        <w:t>Darbonne</w:t>
      </w:r>
      <w:proofErr w:type="spellEnd"/>
      <w:r>
        <w:rPr>
          <w:sz w:val="24"/>
          <w:szCs w:val="24"/>
        </w:rPr>
        <w:t xml:space="preserve">, Tya </w:t>
      </w:r>
      <w:proofErr w:type="gramStart"/>
      <w:r>
        <w:rPr>
          <w:sz w:val="24"/>
          <w:szCs w:val="24"/>
        </w:rPr>
        <w:t>Scoggins</w:t>
      </w:r>
      <w:proofErr w:type="gramEnd"/>
      <w:r>
        <w:rPr>
          <w:sz w:val="24"/>
          <w:szCs w:val="24"/>
        </w:rPr>
        <w:t xml:space="preserve"> and Stephen Mayberry</w:t>
      </w:r>
      <w:r w:rsidR="00DD6934">
        <w:rPr>
          <w:sz w:val="24"/>
          <w:szCs w:val="24"/>
        </w:rPr>
        <w:t xml:space="preserve"> presented as individual</w:t>
      </w:r>
      <w:r w:rsidR="00DD6934" w:rsidRPr="00DD6934">
        <w:rPr>
          <w:sz w:val="24"/>
          <w:szCs w:val="24"/>
        </w:rPr>
        <w:t xml:space="preserve"> contractors working as a group and discussed their expertise/skills in economic consulting/negotiations, community funding/capitalization and marketing technology, respectively.</w:t>
      </w:r>
    </w:p>
    <w:p w14:paraId="086A7DBA" w14:textId="77777777" w:rsidR="00DD6934" w:rsidRDefault="00DD6934" w:rsidP="00DD6934">
      <w:pPr>
        <w:pStyle w:val="ListParagraph"/>
        <w:spacing w:after="0"/>
        <w:ind w:left="1080"/>
        <w:rPr>
          <w:sz w:val="24"/>
          <w:szCs w:val="24"/>
        </w:rPr>
      </w:pPr>
    </w:p>
    <w:p w14:paraId="7BE7C580" w14:textId="6AC09B76" w:rsidR="00DD6934" w:rsidRDefault="00DD6934" w:rsidP="00DD6934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Ideas </w:t>
      </w:r>
      <w:r w:rsidR="00527D32">
        <w:rPr>
          <w:sz w:val="24"/>
          <w:szCs w:val="24"/>
        </w:rPr>
        <w:t>for future development included:</w:t>
      </w:r>
    </w:p>
    <w:p w14:paraId="2A621B06" w14:textId="0BCBABE2" w:rsidR="00527D32" w:rsidRDefault="00527D32" w:rsidP="00527D32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Opportunity for an immediate accomplishment – Walk path along </w:t>
      </w:r>
      <w:proofErr w:type="spellStart"/>
      <w:r>
        <w:rPr>
          <w:sz w:val="24"/>
          <w:szCs w:val="24"/>
        </w:rPr>
        <w:t>Goos</w:t>
      </w:r>
      <w:proofErr w:type="spellEnd"/>
      <w:r>
        <w:rPr>
          <w:sz w:val="24"/>
          <w:szCs w:val="24"/>
        </w:rPr>
        <w:t xml:space="preserve"> Blvd.</w:t>
      </w:r>
    </w:p>
    <w:p w14:paraId="1837E0E6" w14:textId="55F1E3BE" w:rsidR="00527D32" w:rsidRDefault="00527D32" w:rsidP="00527D32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Utilize adjudicated property to promote community farming.</w:t>
      </w:r>
    </w:p>
    <w:p w14:paraId="0A295A94" w14:textId="0CBCD2A5" w:rsidR="00527D32" w:rsidRPr="00DD6934" w:rsidRDefault="00527D32" w:rsidP="00527D32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Entertainment Development along English Bayou</w:t>
      </w:r>
    </w:p>
    <w:p w14:paraId="6A392442" w14:textId="77777777" w:rsidR="000743C9" w:rsidRDefault="000743C9" w:rsidP="000743C9">
      <w:pPr>
        <w:pStyle w:val="ListParagraph"/>
        <w:spacing w:after="0"/>
        <w:ind w:left="1080"/>
        <w:rPr>
          <w:sz w:val="24"/>
          <w:szCs w:val="24"/>
        </w:rPr>
      </w:pPr>
    </w:p>
    <w:p w14:paraId="4D58A3BB" w14:textId="77777777" w:rsidR="00007037" w:rsidRDefault="00007037" w:rsidP="00007037">
      <w:pPr>
        <w:pStyle w:val="ListParagraph"/>
        <w:spacing w:after="0"/>
        <w:ind w:left="1080"/>
        <w:rPr>
          <w:sz w:val="24"/>
          <w:szCs w:val="24"/>
        </w:rPr>
      </w:pPr>
    </w:p>
    <w:p w14:paraId="106DE9F6" w14:textId="0CFB18FD" w:rsidR="006F67DA" w:rsidRDefault="007E6121" w:rsidP="007E6121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Summary discussion </w:t>
      </w:r>
      <w:r w:rsidR="006F67DA">
        <w:rPr>
          <w:sz w:val="24"/>
          <w:szCs w:val="24"/>
        </w:rPr>
        <w:t xml:space="preserve">was </w:t>
      </w:r>
      <w:r w:rsidR="005727DB">
        <w:rPr>
          <w:sz w:val="24"/>
          <w:szCs w:val="24"/>
        </w:rPr>
        <w:t>held</w:t>
      </w:r>
      <w:r w:rsidR="006F67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on </w:t>
      </w:r>
      <w:r w:rsidR="00527D32">
        <w:rPr>
          <w:sz w:val="24"/>
          <w:szCs w:val="24"/>
        </w:rPr>
        <w:t xml:space="preserve">all </w:t>
      </w:r>
      <w:r>
        <w:rPr>
          <w:sz w:val="24"/>
          <w:szCs w:val="24"/>
        </w:rPr>
        <w:t xml:space="preserve">candidates </w:t>
      </w:r>
      <w:r w:rsidR="00527D32">
        <w:rPr>
          <w:sz w:val="24"/>
          <w:szCs w:val="24"/>
        </w:rPr>
        <w:t xml:space="preserve">that presented to date.  </w:t>
      </w:r>
    </w:p>
    <w:p w14:paraId="594F6CA4" w14:textId="2A1E7AAD" w:rsidR="006F67DA" w:rsidRDefault="00527D32" w:rsidP="006F67DA">
      <w:pPr>
        <w:pStyle w:val="ListParagraph"/>
        <w:numPr>
          <w:ilvl w:val="0"/>
          <w:numId w:val="1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consensus </w:t>
      </w:r>
      <w:r w:rsidR="005727DB">
        <w:rPr>
          <w:sz w:val="24"/>
          <w:szCs w:val="24"/>
        </w:rPr>
        <w:t xml:space="preserve">was stated </w:t>
      </w:r>
      <w:r>
        <w:rPr>
          <w:sz w:val="24"/>
          <w:szCs w:val="24"/>
        </w:rPr>
        <w:t xml:space="preserve">that </w:t>
      </w:r>
      <w:r w:rsidR="006F67DA">
        <w:rPr>
          <w:sz w:val="24"/>
          <w:szCs w:val="24"/>
        </w:rPr>
        <w:t xml:space="preserve">one particular candidate </w:t>
      </w:r>
      <w:r w:rsidR="005727DB">
        <w:rPr>
          <w:sz w:val="24"/>
          <w:szCs w:val="24"/>
        </w:rPr>
        <w:t>has</w:t>
      </w:r>
      <w:r>
        <w:rPr>
          <w:sz w:val="24"/>
          <w:szCs w:val="24"/>
        </w:rPr>
        <w:t xml:space="preserve"> the most experienced and </w:t>
      </w:r>
      <w:r w:rsidR="005727DB">
        <w:rPr>
          <w:sz w:val="24"/>
          <w:szCs w:val="24"/>
        </w:rPr>
        <w:t xml:space="preserve">is a </w:t>
      </w:r>
      <w:r>
        <w:rPr>
          <w:sz w:val="24"/>
          <w:szCs w:val="24"/>
        </w:rPr>
        <w:t>well-rounded candidate</w:t>
      </w:r>
      <w:r w:rsidR="005727DB">
        <w:rPr>
          <w:sz w:val="24"/>
          <w:szCs w:val="24"/>
        </w:rPr>
        <w:t xml:space="preserve"> to meet </w:t>
      </w:r>
      <w:r w:rsidR="00634114">
        <w:rPr>
          <w:sz w:val="24"/>
          <w:szCs w:val="24"/>
        </w:rPr>
        <w:t xml:space="preserve">all </w:t>
      </w:r>
      <w:r w:rsidR="005727DB">
        <w:rPr>
          <w:sz w:val="24"/>
          <w:szCs w:val="24"/>
        </w:rPr>
        <w:t xml:space="preserve">the needs of the </w:t>
      </w:r>
      <w:proofErr w:type="gramStart"/>
      <w:r w:rsidR="005727DB">
        <w:rPr>
          <w:sz w:val="24"/>
          <w:szCs w:val="24"/>
        </w:rPr>
        <w:t>District</w:t>
      </w:r>
      <w:proofErr w:type="gramEnd"/>
      <w:r>
        <w:rPr>
          <w:sz w:val="24"/>
          <w:szCs w:val="24"/>
        </w:rPr>
        <w:t xml:space="preserve">.  </w:t>
      </w:r>
      <w:r w:rsidR="006F67DA">
        <w:rPr>
          <w:sz w:val="24"/>
          <w:szCs w:val="24"/>
        </w:rPr>
        <w:t>Depending on funding/budget</w:t>
      </w:r>
      <w:r w:rsidR="003F33C1">
        <w:rPr>
          <w:sz w:val="24"/>
          <w:szCs w:val="24"/>
        </w:rPr>
        <w:t xml:space="preserve"> parameters</w:t>
      </w:r>
      <w:r w:rsidR="006F67DA">
        <w:rPr>
          <w:sz w:val="24"/>
          <w:szCs w:val="24"/>
        </w:rPr>
        <w:t xml:space="preserve">, other candidates could possibly be considered for specific projects.  </w:t>
      </w:r>
    </w:p>
    <w:p w14:paraId="6CB688C6" w14:textId="234C8288" w:rsidR="006F67DA" w:rsidRDefault="006F67DA" w:rsidP="006F67DA">
      <w:pPr>
        <w:pStyle w:val="ListParagraph"/>
        <w:numPr>
          <w:ilvl w:val="0"/>
          <w:numId w:val="1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motion </w:t>
      </w:r>
      <w:r w:rsidR="00E672AB">
        <w:rPr>
          <w:sz w:val="24"/>
          <w:szCs w:val="24"/>
        </w:rPr>
        <w:t xml:space="preserve">was made </w:t>
      </w:r>
      <w:r>
        <w:rPr>
          <w:sz w:val="24"/>
          <w:szCs w:val="24"/>
        </w:rPr>
        <w:t xml:space="preserve">by </w:t>
      </w:r>
      <w:r w:rsidR="00E672AB">
        <w:rPr>
          <w:sz w:val="24"/>
          <w:szCs w:val="24"/>
        </w:rPr>
        <w:t>Willis</w:t>
      </w:r>
      <w:r w:rsidR="000F0BB3">
        <w:rPr>
          <w:sz w:val="24"/>
          <w:szCs w:val="24"/>
        </w:rPr>
        <w:t xml:space="preserve">, </w:t>
      </w:r>
      <w:r w:rsidR="00E672AB">
        <w:rPr>
          <w:sz w:val="24"/>
          <w:szCs w:val="24"/>
        </w:rPr>
        <w:t xml:space="preserve">second by </w:t>
      </w:r>
      <w:proofErr w:type="spellStart"/>
      <w:r w:rsidR="00FB65A2">
        <w:rPr>
          <w:sz w:val="24"/>
          <w:szCs w:val="24"/>
        </w:rPr>
        <w:t>Duplechain</w:t>
      </w:r>
      <w:proofErr w:type="spellEnd"/>
      <w:r w:rsidR="00FB65A2">
        <w:rPr>
          <w:sz w:val="24"/>
          <w:szCs w:val="24"/>
        </w:rPr>
        <w:t>-</w:t>
      </w:r>
      <w:r w:rsidR="00E672AB">
        <w:rPr>
          <w:sz w:val="24"/>
          <w:szCs w:val="24"/>
        </w:rPr>
        <w:t>Williams</w:t>
      </w:r>
      <w:r w:rsidR="000F0BB3">
        <w:rPr>
          <w:sz w:val="24"/>
          <w:szCs w:val="24"/>
        </w:rPr>
        <w:t xml:space="preserve"> and carried</w:t>
      </w:r>
      <w:r w:rsidR="00E672AB">
        <w:rPr>
          <w:sz w:val="24"/>
          <w:szCs w:val="24"/>
        </w:rPr>
        <w:t xml:space="preserve"> </w:t>
      </w:r>
      <w:r w:rsidR="008727EE">
        <w:rPr>
          <w:sz w:val="24"/>
          <w:szCs w:val="24"/>
        </w:rPr>
        <w:t xml:space="preserve">to get pricing from Ernie Broussard, The Colt Group, </w:t>
      </w:r>
      <w:r w:rsidR="00E672AB">
        <w:rPr>
          <w:sz w:val="24"/>
          <w:szCs w:val="24"/>
        </w:rPr>
        <w:t xml:space="preserve">The Hackett Group, </w:t>
      </w:r>
      <w:proofErr w:type="gramStart"/>
      <w:r w:rsidR="00E672AB">
        <w:rPr>
          <w:sz w:val="24"/>
          <w:szCs w:val="24"/>
        </w:rPr>
        <w:t>LLC</w:t>
      </w:r>
      <w:proofErr w:type="gramEnd"/>
      <w:r w:rsidR="00E672AB">
        <w:rPr>
          <w:sz w:val="24"/>
          <w:szCs w:val="24"/>
        </w:rPr>
        <w:t xml:space="preserve"> and Crimson Enterprises.</w:t>
      </w:r>
      <w:r w:rsidR="008727EE">
        <w:rPr>
          <w:sz w:val="24"/>
          <w:szCs w:val="24"/>
        </w:rPr>
        <w:t xml:space="preserve"> </w:t>
      </w:r>
    </w:p>
    <w:p w14:paraId="5B4627B0" w14:textId="53874662" w:rsidR="006F67DA" w:rsidRDefault="005727DB" w:rsidP="006F67DA">
      <w:pPr>
        <w:pStyle w:val="ListParagraph"/>
        <w:numPr>
          <w:ilvl w:val="0"/>
          <w:numId w:val="13"/>
        </w:numPr>
        <w:spacing w:after="0"/>
        <w:rPr>
          <w:sz w:val="24"/>
          <w:szCs w:val="24"/>
        </w:rPr>
      </w:pPr>
      <w:r w:rsidRPr="003F33C1">
        <w:rPr>
          <w:sz w:val="24"/>
          <w:szCs w:val="24"/>
        </w:rPr>
        <w:t>A motion was made by Ambrose</w:t>
      </w:r>
      <w:r w:rsidR="000F0BB3" w:rsidRPr="003F33C1">
        <w:rPr>
          <w:sz w:val="24"/>
          <w:szCs w:val="24"/>
        </w:rPr>
        <w:t xml:space="preserve">, </w:t>
      </w:r>
      <w:r w:rsidRPr="003F33C1">
        <w:rPr>
          <w:sz w:val="24"/>
          <w:szCs w:val="24"/>
        </w:rPr>
        <w:t>second by Senegal</w:t>
      </w:r>
      <w:r w:rsidR="000F0BB3" w:rsidRPr="003F33C1">
        <w:rPr>
          <w:sz w:val="24"/>
          <w:szCs w:val="24"/>
        </w:rPr>
        <w:t xml:space="preserve"> and carried</w:t>
      </w:r>
      <w:r w:rsidRPr="003F33C1">
        <w:rPr>
          <w:sz w:val="24"/>
          <w:szCs w:val="24"/>
        </w:rPr>
        <w:t xml:space="preserve"> to table a decision on utilizing Fitz Et al.  </w:t>
      </w:r>
    </w:p>
    <w:p w14:paraId="398F04C2" w14:textId="77777777" w:rsidR="003F33C1" w:rsidRPr="003F33C1" w:rsidRDefault="003F33C1" w:rsidP="003F33C1">
      <w:pPr>
        <w:pStyle w:val="ListParagraph"/>
        <w:spacing w:after="0"/>
        <w:ind w:left="1440"/>
        <w:rPr>
          <w:sz w:val="24"/>
          <w:szCs w:val="24"/>
        </w:rPr>
      </w:pPr>
    </w:p>
    <w:p w14:paraId="34184709" w14:textId="79C865AD" w:rsidR="00202D66" w:rsidRDefault="00202D66" w:rsidP="007E6121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Landry presented standard logo to be utilized by the </w:t>
      </w:r>
      <w:proofErr w:type="gramStart"/>
      <w:r>
        <w:rPr>
          <w:sz w:val="24"/>
          <w:szCs w:val="24"/>
        </w:rPr>
        <w:t>District</w:t>
      </w:r>
      <w:proofErr w:type="gramEnd"/>
      <w:r>
        <w:rPr>
          <w:sz w:val="24"/>
          <w:szCs w:val="24"/>
        </w:rPr>
        <w:t>.  Board members all agreed on one of two options presented.</w:t>
      </w:r>
    </w:p>
    <w:p w14:paraId="2943C1C0" w14:textId="77777777" w:rsidR="00202D66" w:rsidRDefault="00202D66" w:rsidP="00202D66">
      <w:pPr>
        <w:pStyle w:val="ListParagraph"/>
        <w:spacing w:after="0"/>
        <w:rPr>
          <w:sz w:val="24"/>
          <w:szCs w:val="24"/>
        </w:rPr>
      </w:pPr>
    </w:p>
    <w:p w14:paraId="5A367B9B" w14:textId="5E170499" w:rsidR="00527D32" w:rsidRDefault="008727EE" w:rsidP="007E6121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</w:t>
      </w:r>
      <w:r w:rsidR="006F67DA">
        <w:rPr>
          <w:sz w:val="24"/>
          <w:szCs w:val="24"/>
        </w:rPr>
        <w:t>ext meeting to be held on 12.11.25 at Allen August Multipurpose Center.</w:t>
      </w:r>
    </w:p>
    <w:p w14:paraId="25D50DCE" w14:textId="77777777" w:rsidR="00527D32" w:rsidRDefault="00527D32" w:rsidP="00527D32">
      <w:pPr>
        <w:pStyle w:val="ListParagraph"/>
        <w:spacing w:after="0"/>
        <w:rPr>
          <w:sz w:val="24"/>
          <w:szCs w:val="24"/>
        </w:rPr>
      </w:pPr>
    </w:p>
    <w:p w14:paraId="3D349F2D" w14:textId="7F093283" w:rsidR="00202D66" w:rsidRDefault="000F0BB3" w:rsidP="00202D66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There being no further business, a m</w:t>
      </w:r>
      <w:r w:rsidR="00202D66">
        <w:rPr>
          <w:sz w:val="24"/>
          <w:szCs w:val="24"/>
        </w:rPr>
        <w:t>otion was made by Landry</w:t>
      </w:r>
      <w:r>
        <w:rPr>
          <w:sz w:val="24"/>
          <w:szCs w:val="24"/>
        </w:rPr>
        <w:t>, seco</w:t>
      </w:r>
      <w:r w:rsidR="00202D66">
        <w:rPr>
          <w:sz w:val="24"/>
          <w:szCs w:val="24"/>
        </w:rPr>
        <w:t xml:space="preserve">nd by </w:t>
      </w:r>
      <w:proofErr w:type="spellStart"/>
      <w:r w:rsidR="00FB65A2">
        <w:rPr>
          <w:sz w:val="24"/>
          <w:szCs w:val="24"/>
        </w:rPr>
        <w:t>Duplechain</w:t>
      </w:r>
      <w:proofErr w:type="spellEnd"/>
      <w:r w:rsidR="00FB65A2">
        <w:rPr>
          <w:sz w:val="24"/>
          <w:szCs w:val="24"/>
        </w:rPr>
        <w:t>-</w:t>
      </w:r>
      <w:r w:rsidR="00202D66">
        <w:rPr>
          <w:sz w:val="24"/>
          <w:szCs w:val="24"/>
        </w:rPr>
        <w:t>Williams</w:t>
      </w:r>
      <w:r>
        <w:rPr>
          <w:sz w:val="24"/>
          <w:szCs w:val="24"/>
        </w:rPr>
        <w:t xml:space="preserve"> and carried</w:t>
      </w:r>
      <w:r w:rsidR="00202D66">
        <w:rPr>
          <w:sz w:val="24"/>
          <w:szCs w:val="24"/>
        </w:rPr>
        <w:t xml:space="preserve"> to adjourn meeting</w:t>
      </w:r>
      <w:r>
        <w:rPr>
          <w:sz w:val="24"/>
          <w:szCs w:val="24"/>
        </w:rPr>
        <w:t xml:space="preserve"> at 7:06 p.m.</w:t>
      </w:r>
    </w:p>
    <w:p w14:paraId="26CB5B0A" w14:textId="77777777" w:rsidR="00202D66" w:rsidRPr="00202D66" w:rsidRDefault="00202D66" w:rsidP="00202D66">
      <w:pPr>
        <w:pStyle w:val="ListParagraph"/>
        <w:rPr>
          <w:sz w:val="24"/>
          <w:szCs w:val="24"/>
        </w:rPr>
      </w:pPr>
    </w:p>
    <w:sectPr w:rsidR="00202D66" w:rsidRPr="00202D66" w:rsidSect="00FA4AF7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39998" w14:textId="77777777" w:rsidR="00EB6C58" w:rsidRDefault="00EB6C58">
      <w:pPr>
        <w:spacing w:after="0" w:line="240" w:lineRule="auto"/>
      </w:pPr>
      <w:r>
        <w:separator/>
      </w:r>
    </w:p>
  </w:endnote>
  <w:endnote w:type="continuationSeparator" w:id="0">
    <w:p w14:paraId="0C5E9A52" w14:textId="77777777" w:rsidR="00EB6C58" w:rsidRDefault="00EB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353B4" w14:textId="77777777" w:rsidR="00EB6C58" w:rsidRDefault="00EB6C58">
      <w:pPr>
        <w:spacing w:after="0" w:line="240" w:lineRule="auto"/>
      </w:pPr>
      <w:r>
        <w:separator/>
      </w:r>
    </w:p>
  </w:footnote>
  <w:footnote w:type="continuationSeparator" w:id="0">
    <w:p w14:paraId="077AB94C" w14:textId="77777777" w:rsidR="00EB6C58" w:rsidRDefault="00EB6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5E2C" w14:textId="711EE162" w:rsidR="00AE4FEE" w:rsidRDefault="00EB6C58">
    <w:pPr>
      <w:pStyle w:val="Header"/>
      <w:jc w:val="center"/>
    </w:pPr>
    <w:r w:rsidRPr="00E65CE6">
      <w:rPr>
        <w:b/>
        <w:sz w:val="32"/>
        <w:szCs w:val="32"/>
      </w:rPr>
      <w:t>N</w:t>
    </w:r>
    <w:r w:rsidR="00E65CE6" w:rsidRPr="00E65CE6">
      <w:rPr>
        <w:b/>
        <w:sz w:val="32"/>
        <w:szCs w:val="32"/>
      </w:rPr>
      <w:t>ORTH LAKE CHARLES</w:t>
    </w:r>
    <w:r>
      <w:rPr>
        <w:b/>
        <w:sz w:val="32"/>
      </w:rPr>
      <w:t xml:space="preserve"> </w:t>
    </w:r>
    <w:r w:rsidRPr="00E65CE6">
      <w:rPr>
        <w:b/>
      </w:rPr>
      <w:t>Economic Development District Board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B6458B"/>
    <w:multiLevelType w:val="hybridMultilevel"/>
    <w:tmpl w:val="5D38BEAC"/>
    <w:lvl w:ilvl="0" w:tplc="DBE6978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7E20F1E"/>
    <w:multiLevelType w:val="hybridMultilevel"/>
    <w:tmpl w:val="3B92984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E19361B"/>
    <w:multiLevelType w:val="hybridMultilevel"/>
    <w:tmpl w:val="E0188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67329"/>
    <w:multiLevelType w:val="hybridMultilevel"/>
    <w:tmpl w:val="81E4A0C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8710157">
    <w:abstractNumId w:val="8"/>
  </w:num>
  <w:num w:numId="2" w16cid:durableId="1916620543">
    <w:abstractNumId w:val="6"/>
  </w:num>
  <w:num w:numId="3" w16cid:durableId="2145811209">
    <w:abstractNumId w:val="5"/>
  </w:num>
  <w:num w:numId="4" w16cid:durableId="77753377">
    <w:abstractNumId w:val="4"/>
  </w:num>
  <w:num w:numId="5" w16cid:durableId="2111505023">
    <w:abstractNumId w:val="7"/>
  </w:num>
  <w:num w:numId="6" w16cid:durableId="1772507738">
    <w:abstractNumId w:val="3"/>
  </w:num>
  <w:num w:numId="7" w16cid:durableId="10306087">
    <w:abstractNumId w:val="2"/>
  </w:num>
  <w:num w:numId="8" w16cid:durableId="112329830">
    <w:abstractNumId w:val="1"/>
  </w:num>
  <w:num w:numId="9" w16cid:durableId="1201864738">
    <w:abstractNumId w:val="0"/>
  </w:num>
  <w:num w:numId="10" w16cid:durableId="1268611432">
    <w:abstractNumId w:val="11"/>
  </w:num>
  <w:num w:numId="11" w16cid:durableId="1006831735">
    <w:abstractNumId w:val="9"/>
  </w:num>
  <w:num w:numId="12" w16cid:durableId="1356076716">
    <w:abstractNumId w:val="10"/>
  </w:num>
  <w:num w:numId="13" w16cid:durableId="19406007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037"/>
    <w:rsid w:val="00034616"/>
    <w:rsid w:val="0006063C"/>
    <w:rsid w:val="000743C9"/>
    <w:rsid w:val="000B2364"/>
    <w:rsid w:val="000F0BB3"/>
    <w:rsid w:val="0010775C"/>
    <w:rsid w:val="001204FC"/>
    <w:rsid w:val="0015074B"/>
    <w:rsid w:val="00156B17"/>
    <w:rsid w:val="00182138"/>
    <w:rsid w:val="001D06D5"/>
    <w:rsid w:val="001F5132"/>
    <w:rsid w:val="00202D66"/>
    <w:rsid w:val="0029639D"/>
    <w:rsid w:val="002E7BBE"/>
    <w:rsid w:val="00315A90"/>
    <w:rsid w:val="00326F90"/>
    <w:rsid w:val="0039525C"/>
    <w:rsid w:val="003F33C1"/>
    <w:rsid w:val="004E0C42"/>
    <w:rsid w:val="00527D32"/>
    <w:rsid w:val="00560EC9"/>
    <w:rsid w:val="005727DB"/>
    <w:rsid w:val="00634114"/>
    <w:rsid w:val="006359FC"/>
    <w:rsid w:val="00641D52"/>
    <w:rsid w:val="006E3C08"/>
    <w:rsid w:val="006F67DA"/>
    <w:rsid w:val="007E04C9"/>
    <w:rsid w:val="007E6121"/>
    <w:rsid w:val="008727EE"/>
    <w:rsid w:val="00894B55"/>
    <w:rsid w:val="00933573"/>
    <w:rsid w:val="00950BA0"/>
    <w:rsid w:val="009B23B6"/>
    <w:rsid w:val="009E5B50"/>
    <w:rsid w:val="00A26849"/>
    <w:rsid w:val="00A36974"/>
    <w:rsid w:val="00AA1D8D"/>
    <w:rsid w:val="00AC4F7A"/>
    <w:rsid w:val="00AE4FEE"/>
    <w:rsid w:val="00AF547C"/>
    <w:rsid w:val="00B01FD2"/>
    <w:rsid w:val="00B47730"/>
    <w:rsid w:val="00B912DA"/>
    <w:rsid w:val="00BC588E"/>
    <w:rsid w:val="00C7670A"/>
    <w:rsid w:val="00CA1E11"/>
    <w:rsid w:val="00CB0664"/>
    <w:rsid w:val="00CB5446"/>
    <w:rsid w:val="00D57E8D"/>
    <w:rsid w:val="00D8622E"/>
    <w:rsid w:val="00DD6934"/>
    <w:rsid w:val="00DF7176"/>
    <w:rsid w:val="00E65CE6"/>
    <w:rsid w:val="00E672AB"/>
    <w:rsid w:val="00E8371E"/>
    <w:rsid w:val="00EB6C58"/>
    <w:rsid w:val="00FA4AF7"/>
    <w:rsid w:val="00FB65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E7A153"/>
  <w14:defaultImageDpi w14:val="300"/>
  <w15:docId w15:val="{30820F11-8C20-43D0-8AFD-1669BFCE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Shawntel Willis</cp:lastModifiedBy>
  <cp:revision>2</cp:revision>
  <cp:lastPrinted>2025-12-09T21:03:00Z</cp:lastPrinted>
  <dcterms:created xsi:type="dcterms:W3CDTF">2026-02-22T21:16:00Z</dcterms:created>
  <dcterms:modified xsi:type="dcterms:W3CDTF">2026-02-22T21:16:00Z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17ad45c4-f40b-45d2-9bc4-89e026efe695</vt:lpwstr>
  </property>
</Properties>
</file>