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0E9720" w14:textId="5320E080" w:rsidR="00AE4FEE" w:rsidRDefault="00AE43CB">
      <w:pPr>
        <w:pBdr>
          <w:bottom w:val="single" w:sz="12" w:space="1" w:color="000000"/>
        </w:pBdr>
        <w:jc w:val="center"/>
      </w:pPr>
      <w:r>
        <w:t xml:space="preserve"> </w:t>
      </w:r>
    </w:p>
    <w:p w14:paraId="21168813" w14:textId="786F11BF" w:rsidR="00641D52" w:rsidRPr="00641D52" w:rsidRDefault="00EB6C58" w:rsidP="00641D52">
      <w:pPr>
        <w:spacing w:after="0"/>
        <w:jc w:val="center"/>
        <w:rPr>
          <w:b/>
          <w:bCs/>
          <w:sz w:val="24"/>
          <w:szCs w:val="24"/>
        </w:rPr>
      </w:pPr>
      <w:r>
        <w:br/>
      </w:r>
      <w:r w:rsidR="00641D52" w:rsidRPr="00641D52">
        <w:rPr>
          <w:b/>
          <w:bCs/>
          <w:sz w:val="24"/>
          <w:szCs w:val="24"/>
        </w:rPr>
        <w:t>Meeting Minutes</w:t>
      </w:r>
    </w:p>
    <w:p w14:paraId="648F2F52" w14:textId="102A478F" w:rsidR="00641D52" w:rsidRDefault="00641D52" w:rsidP="00641D52">
      <w:pPr>
        <w:spacing w:after="0"/>
        <w:rPr>
          <w:b/>
          <w:bCs/>
          <w:sz w:val="24"/>
          <w:szCs w:val="24"/>
        </w:rPr>
      </w:pPr>
    </w:p>
    <w:p w14:paraId="6750CB6A" w14:textId="6C592978" w:rsidR="00641D52" w:rsidRDefault="00641D52" w:rsidP="00641D52">
      <w:pPr>
        <w:spacing w:after="0"/>
        <w:rPr>
          <w:sz w:val="24"/>
          <w:szCs w:val="24"/>
        </w:rPr>
      </w:pPr>
      <w:r>
        <w:rPr>
          <w:b/>
          <w:bCs/>
          <w:sz w:val="24"/>
          <w:szCs w:val="24"/>
        </w:rPr>
        <w:t>Date:</w:t>
      </w:r>
      <w:r>
        <w:rPr>
          <w:b/>
          <w:bCs/>
          <w:sz w:val="24"/>
          <w:szCs w:val="24"/>
        </w:rPr>
        <w:tab/>
      </w:r>
      <w:r>
        <w:rPr>
          <w:b/>
          <w:bCs/>
          <w:sz w:val="24"/>
          <w:szCs w:val="24"/>
        </w:rPr>
        <w:tab/>
      </w:r>
      <w:r>
        <w:rPr>
          <w:b/>
          <w:bCs/>
          <w:sz w:val="24"/>
          <w:szCs w:val="24"/>
        </w:rPr>
        <w:tab/>
      </w:r>
      <w:r>
        <w:rPr>
          <w:b/>
          <w:bCs/>
          <w:sz w:val="24"/>
          <w:szCs w:val="24"/>
        </w:rPr>
        <w:tab/>
      </w:r>
      <w:r w:rsidR="009A0D88">
        <w:rPr>
          <w:sz w:val="24"/>
          <w:szCs w:val="24"/>
        </w:rPr>
        <w:t xml:space="preserve">January </w:t>
      </w:r>
      <w:r w:rsidR="00D83D6E">
        <w:rPr>
          <w:sz w:val="24"/>
          <w:szCs w:val="24"/>
        </w:rPr>
        <w:t>22</w:t>
      </w:r>
      <w:r w:rsidR="009A0D88">
        <w:rPr>
          <w:sz w:val="24"/>
          <w:szCs w:val="24"/>
        </w:rPr>
        <w:t>, 2026</w:t>
      </w:r>
    </w:p>
    <w:p w14:paraId="10E8FFE8" w14:textId="77777777" w:rsidR="00CA1E11" w:rsidRDefault="00CA1E11" w:rsidP="00641D52">
      <w:pPr>
        <w:spacing w:after="0"/>
        <w:rPr>
          <w:sz w:val="24"/>
          <w:szCs w:val="24"/>
        </w:rPr>
      </w:pPr>
    </w:p>
    <w:p w14:paraId="1716AA2E" w14:textId="151BE37E" w:rsidR="00CA1E11" w:rsidRPr="00CA1E11" w:rsidRDefault="00CA1E11" w:rsidP="00641D52">
      <w:pPr>
        <w:spacing w:after="0"/>
        <w:rPr>
          <w:sz w:val="24"/>
          <w:szCs w:val="24"/>
        </w:rPr>
      </w:pPr>
      <w:r>
        <w:rPr>
          <w:b/>
          <w:bCs/>
          <w:sz w:val="24"/>
          <w:szCs w:val="24"/>
        </w:rPr>
        <w:t>Location:</w:t>
      </w:r>
      <w:r>
        <w:rPr>
          <w:b/>
          <w:bCs/>
          <w:sz w:val="24"/>
          <w:szCs w:val="24"/>
        </w:rPr>
        <w:tab/>
      </w:r>
      <w:r>
        <w:rPr>
          <w:b/>
          <w:bCs/>
          <w:sz w:val="24"/>
          <w:szCs w:val="24"/>
        </w:rPr>
        <w:tab/>
      </w:r>
      <w:r>
        <w:rPr>
          <w:b/>
          <w:bCs/>
          <w:sz w:val="24"/>
          <w:szCs w:val="24"/>
        </w:rPr>
        <w:tab/>
      </w:r>
      <w:r w:rsidR="004A7616" w:rsidRPr="009A5180">
        <w:rPr>
          <w:sz w:val="24"/>
          <w:szCs w:val="24"/>
        </w:rPr>
        <w:t>W</w:t>
      </w:r>
      <w:r w:rsidR="004A7616">
        <w:rPr>
          <w:b/>
          <w:bCs/>
          <w:sz w:val="24"/>
          <w:szCs w:val="24"/>
        </w:rPr>
        <w:t xml:space="preserve">. </w:t>
      </w:r>
      <w:r w:rsidR="004A7616">
        <w:rPr>
          <w:sz w:val="24"/>
          <w:szCs w:val="24"/>
        </w:rPr>
        <w:t>Carter Law Office</w:t>
      </w:r>
      <w:r>
        <w:rPr>
          <w:sz w:val="24"/>
          <w:szCs w:val="24"/>
        </w:rPr>
        <w:t xml:space="preserve">, </w:t>
      </w:r>
      <w:r w:rsidR="0048799B">
        <w:rPr>
          <w:sz w:val="24"/>
          <w:szCs w:val="24"/>
        </w:rPr>
        <w:t xml:space="preserve">1025 Mill St., </w:t>
      </w:r>
      <w:r>
        <w:rPr>
          <w:sz w:val="24"/>
          <w:szCs w:val="24"/>
        </w:rPr>
        <w:t>Lake Charles, LA</w:t>
      </w:r>
    </w:p>
    <w:p w14:paraId="30C22454" w14:textId="77777777" w:rsidR="00641D52" w:rsidRDefault="00641D52" w:rsidP="00641D52">
      <w:pPr>
        <w:spacing w:after="0"/>
        <w:rPr>
          <w:sz w:val="24"/>
          <w:szCs w:val="24"/>
        </w:rPr>
      </w:pPr>
    </w:p>
    <w:p w14:paraId="50854AB6" w14:textId="0E6AB7D6" w:rsidR="00641D52" w:rsidRDefault="00641D52" w:rsidP="00641D52">
      <w:pPr>
        <w:spacing w:after="0"/>
        <w:rPr>
          <w:sz w:val="24"/>
          <w:szCs w:val="24"/>
        </w:rPr>
      </w:pPr>
      <w:r>
        <w:rPr>
          <w:b/>
          <w:bCs/>
          <w:sz w:val="24"/>
          <w:szCs w:val="24"/>
        </w:rPr>
        <w:t>Voting Members Present:</w:t>
      </w:r>
      <w:r>
        <w:rPr>
          <w:b/>
          <w:bCs/>
          <w:sz w:val="24"/>
          <w:szCs w:val="24"/>
        </w:rPr>
        <w:tab/>
      </w:r>
      <w:r>
        <w:rPr>
          <w:sz w:val="24"/>
          <w:szCs w:val="24"/>
        </w:rPr>
        <w:t>Shawntel Willis – Chair</w:t>
      </w:r>
      <w:r>
        <w:rPr>
          <w:sz w:val="24"/>
          <w:szCs w:val="24"/>
        </w:rPr>
        <w:tab/>
      </w:r>
      <w:r>
        <w:rPr>
          <w:sz w:val="24"/>
          <w:szCs w:val="24"/>
        </w:rPr>
        <w:tab/>
        <w:t xml:space="preserve">Carl Ambrose, Jr. – </w:t>
      </w:r>
      <w:r w:rsidR="003E21E9">
        <w:rPr>
          <w:sz w:val="24"/>
          <w:szCs w:val="24"/>
        </w:rPr>
        <w:t>Vice</w:t>
      </w:r>
      <w:r>
        <w:rPr>
          <w:sz w:val="24"/>
          <w:szCs w:val="24"/>
        </w:rPr>
        <w:t>-Chair</w:t>
      </w:r>
    </w:p>
    <w:p w14:paraId="6D75152F" w14:textId="16585A5B" w:rsidR="00641D52" w:rsidRDefault="00641D52" w:rsidP="00641D52">
      <w:pPr>
        <w:spacing w:after="0"/>
        <w:rPr>
          <w:sz w:val="24"/>
          <w:szCs w:val="24"/>
        </w:rPr>
      </w:pPr>
      <w:r>
        <w:rPr>
          <w:sz w:val="24"/>
          <w:szCs w:val="24"/>
        </w:rPr>
        <w:tab/>
      </w:r>
      <w:r>
        <w:rPr>
          <w:sz w:val="24"/>
          <w:szCs w:val="24"/>
        </w:rPr>
        <w:tab/>
      </w:r>
      <w:r>
        <w:rPr>
          <w:sz w:val="24"/>
          <w:szCs w:val="24"/>
        </w:rPr>
        <w:tab/>
      </w:r>
      <w:r>
        <w:rPr>
          <w:sz w:val="24"/>
          <w:szCs w:val="24"/>
        </w:rPr>
        <w:tab/>
        <w:t>Marzetta Landry – Treasurer</w:t>
      </w:r>
      <w:r>
        <w:rPr>
          <w:sz w:val="24"/>
          <w:szCs w:val="24"/>
        </w:rPr>
        <w:tab/>
      </w:r>
    </w:p>
    <w:p w14:paraId="5D9D8100" w14:textId="22D5B25E" w:rsidR="00641D52" w:rsidRPr="00376FD7" w:rsidRDefault="00376FD7" w:rsidP="00641D52">
      <w:pPr>
        <w:spacing w:after="0"/>
        <w:rPr>
          <w:sz w:val="24"/>
          <w:szCs w:val="24"/>
        </w:rPr>
      </w:pPr>
      <w:r>
        <w:rPr>
          <w:b/>
          <w:bCs/>
          <w:sz w:val="24"/>
          <w:szCs w:val="24"/>
        </w:rPr>
        <w:t>Members Present Via Conference Call</w:t>
      </w:r>
      <w:r w:rsidR="00641D52">
        <w:rPr>
          <w:b/>
          <w:bCs/>
          <w:sz w:val="24"/>
          <w:szCs w:val="24"/>
        </w:rPr>
        <w:t>:</w:t>
      </w:r>
      <w:r w:rsidR="00641D52">
        <w:rPr>
          <w:b/>
          <w:bCs/>
          <w:sz w:val="24"/>
          <w:szCs w:val="24"/>
        </w:rPr>
        <w:tab/>
      </w:r>
      <w:r w:rsidR="00D83D6E" w:rsidRPr="00D83D6E">
        <w:rPr>
          <w:sz w:val="24"/>
          <w:szCs w:val="24"/>
        </w:rPr>
        <w:t>NA</w:t>
      </w:r>
    </w:p>
    <w:p w14:paraId="65A3A364" w14:textId="77777777" w:rsidR="00641D52" w:rsidRDefault="00641D52" w:rsidP="00641D52">
      <w:pPr>
        <w:spacing w:after="0"/>
        <w:rPr>
          <w:sz w:val="24"/>
          <w:szCs w:val="24"/>
        </w:rPr>
      </w:pPr>
    </w:p>
    <w:p w14:paraId="7BF74E77" w14:textId="628FE3DA" w:rsidR="00D83D6E" w:rsidRDefault="00CA1E11" w:rsidP="00D83D6E">
      <w:pPr>
        <w:spacing w:after="0"/>
        <w:rPr>
          <w:sz w:val="24"/>
          <w:szCs w:val="24"/>
        </w:rPr>
      </w:pPr>
      <w:r>
        <w:rPr>
          <w:b/>
          <w:bCs/>
          <w:sz w:val="24"/>
          <w:szCs w:val="24"/>
        </w:rPr>
        <w:t>Absent:</w:t>
      </w:r>
      <w:r w:rsidR="00D83D6E">
        <w:rPr>
          <w:b/>
          <w:bCs/>
          <w:sz w:val="24"/>
          <w:szCs w:val="24"/>
        </w:rPr>
        <w:t xml:space="preserve"> </w:t>
      </w:r>
      <w:r w:rsidR="00D83D6E">
        <w:rPr>
          <w:sz w:val="24"/>
          <w:szCs w:val="24"/>
        </w:rPr>
        <w:t xml:space="preserve">Marsha Duplechain-Williams – </w:t>
      </w:r>
      <w:r w:rsidR="00D83D6E">
        <w:rPr>
          <w:sz w:val="24"/>
          <w:szCs w:val="24"/>
        </w:rPr>
        <w:t>Secretary, Tommy</w:t>
      </w:r>
      <w:r w:rsidR="00D83D6E">
        <w:rPr>
          <w:sz w:val="24"/>
          <w:szCs w:val="24"/>
        </w:rPr>
        <w:t xml:space="preserve"> Senegal - Chaplain</w:t>
      </w:r>
    </w:p>
    <w:p w14:paraId="598A1A6C" w14:textId="77777777" w:rsidR="00D83D6E" w:rsidRDefault="00D83D6E" w:rsidP="00D83D6E">
      <w:pPr>
        <w:spacing w:after="0"/>
        <w:rPr>
          <w:sz w:val="24"/>
          <w:szCs w:val="24"/>
        </w:rPr>
      </w:pPr>
    </w:p>
    <w:p w14:paraId="097E1CA7" w14:textId="264834E3" w:rsidR="00894B55" w:rsidRPr="00AF547C" w:rsidRDefault="00CA1E11" w:rsidP="00641D52">
      <w:pPr>
        <w:spacing w:after="0"/>
        <w:rPr>
          <w:sz w:val="24"/>
          <w:szCs w:val="24"/>
        </w:rPr>
      </w:pPr>
      <w:r>
        <w:rPr>
          <w:b/>
          <w:bCs/>
          <w:sz w:val="24"/>
          <w:szCs w:val="24"/>
        </w:rPr>
        <w:t>Call To Order</w:t>
      </w:r>
      <w:r w:rsidR="00933573">
        <w:rPr>
          <w:b/>
          <w:bCs/>
          <w:sz w:val="24"/>
          <w:szCs w:val="24"/>
        </w:rPr>
        <w:t>:</w:t>
      </w:r>
      <w:r w:rsidR="00D83D6E">
        <w:rPr>
          <w:b/>
          <w:bCs/>
          <w:sz w:val="24"/>
          <w:szCs w:val="24"/>
        </w:rPr>
        <w:t xml:space="preserve">       </w:t>
      </w:r>
      <w:r w:rsidR="00AF547C">
        <w:rPr>
          <w:sz w:val="24"/>
          <w:szCs w:val="24"/>
        </w:rPr>
        <w:t>5:</w:t>
      </w:r>
      <w:r w:rsidR="00257E85">
        <w:rPr>
          <w:sz w:val="24"/>
          <w:szCs w:val="24"/>
        </w:rPr>
        <w:t>40</w:t>
      </w:r>
      <w:r w:rsidR="00AF547C">
        <w:rPr>
          <w:sz w:val="24"/>
          <w:szCs w:val="24"/>
        </w:rPr>
        <w:t xml:space="preserve"> pm</w:t>
      </w:r>
      <w:r w:rsidR="001F5132">
        <w:rPr>
          <w:sz w:val="24"/>
          <w:szCs w:val="24"/>
        </w:rPr>
        <w:t xml:space="preserve"> by Chair Willi</w:t>
      </w:r>
      <w:r w:rsidR="00257E85">
        <w:rPr>
          <w:sz w:val="24"/>
          <w:szCs w:val="24"/>
        </w:rPr>
        <w:t>s</w:t>
      </w:r>
      <w:r w:rsidR="00D83D6E">
        <w:rPr>
          <w:sz w:val="24"/>
          <w:szCs w:val="24"/>
        </w:rPr>
        <w:t>,</w:t>
      </w:r>
      <w:r w:rsidR="000F0BB3">
        <w:rPr>
          <w:sz w:val="24"/>
          <w:szCs w:val="24"/>
        </w:rPr>
        <w:t xml:space="preserve"> and quorum noted.</w:t>
      </w:r>
    </w:p>
    <w:p w14:paraId="04FBC0A4" w14:textId="77777777" w:rsidR="00894B55" w:rsidRDefault="00894B55" w:rsidP="00641D52">
      <w:pPr>
        <w:spacing w:after="0"/>
        <w:rPr>
          <w:b/>
          <w:bCs/>
          <w:sz w:val="24"/>
          <w:szCs w:val="24"/>
        </w:rPr>
      </w:pPr>
    </w:p>
    <w:p w14:paraId="4F6EA698" w14:textId="52CABB62" w:rsidR="00933573" w:rsidRPr="00933573" w:rsidRDefault="00933573" w:rsidP="00641D52">
      <w:pPr>
        <w:spacing w:after="0"/>
        <w:rPr>
          <w:b/>
          <w:bCs/>
          <w:sz w:val="24"/>
          <w:szCs w:val="24"/>
        </w:rPr>
      </w:pPr>
      <w:r>
        <w:rPr>
          <w:b/>
          <w:bCs/>
          <w:sz w:val="24"/>
          <w:szCs w:val="24"/>
        </w:rPr>
        <w:t>Approval of Minutes:</w:t>
      </w:r>
    </w:p>
    <w:p w14:paraId="292F85CE" w14:textId="0C4A3EC1" w:rsidR="00933573" w:rsidRPr="001F5132" w:rsidRDefault="00D83D6E" w:rsidP="00641D52">
      <w:pPr>
        <w:spacing w:after="0"/>
        <w:rPr>
          <w:sz w:val="24"/>
          <w:szCs w:val="24"/>
        </w:rPr>
      </w:pPr>
      <w:r>
        <w:rPr>
          <w:sz w:val="24"/>
          <w:szCs w:val="24"/>
        </w:rPr>
        <w:t xml:space="preserve">A motion to accept the </w:t>
      </w:r>
      <w:r w:rsidR="00D8622E">
        <w:rPr>
          <w:sz w:val="24"/>
          <w:szCs w:val="24"/>
        </w:rPr>
        <w:t xml:space="preserve">minutes was made by </w:t>
      </w:r>
      <w:r w:rsidR="00257E85">
        <w:rPr>
          <w:sz w:val="24"/>
          <w:szCs w:val="24"/>
        </w:rPr>
        <w:t>Landry</w:t>
      </w:r>
      <w:r w:rsidR="00D8622E">
        <w:rPr>
          <w:sz w:val="24"/>
          <w:szCs w:val="24"/>
        </w:rPr>
        <w:t>,</w:t>
      </w:r>
      <w:r w:rsidR="000F0BB3">
        <w:rPr>
          <w:sz w:val="24"/>
          <w:szCs w:val="24"/>
        </w:rPr>
        <w:t xml:space="preserve"> </w:t>
      </w:r>
      <w:r w:rsidR="00D8622E">
        <w:rPr>
          <w:sz w:val="24"/>
          <w:szCs w:val="24"/>
        </w:rPr>
        <w:t xml:space="preserve">seconded by </w:t>
      </w:r>
      <w:r>
        <w:rPr>
          <w:sz w:val="24"/>
          <w:szCs w:val="24"/>
        </w:rPr>
        <w:t>Ambrose</w:t>
      </w:r>
      <w:r w:rsidR="0038075E">
        <w:rPr>
          <w:sz w:val="24"/>
          <w:szCs w:val="24"/>
        </w:rPr>
        <w:t>,</w:t>
      </w:r>
      <w:r w:rsidR="000F0BB3">
        <w:rPr>
          <w:sz w:val="24"/>
          <w:szCs w:val="24"/>
        </w:rPr>
        <w:t xml:space="preserve"> and carried</w:t>
      </w:r>
      <w:r w:rsidR="0038075E">
        <w:rPr>
          <w:sz w:val="24"/>
          <w:szCs w:val="24"/>
        </w:rPr>
        <w:t xml:space="preserve">. </w:t>
      </w:r>
    </w:p>
    <w:p w14:paraId="036FF0C0" w14:textId="77777777" w:rsidR="00007037" w:rsidRDefault="00007037" w:rsidP="00641D52">
      <w:pPr>
        <w:spacing w:after="0"/>
        <w:rPr>
          <w:sz w:val="24"/>
          <w:szCs w:val="24"/>
        </w:rPr>
      </w:pPr>
    </w:p>
    <w:p w14:paraId="3BF5AAF7" w14:textId="52A31B44" w:rsidR="00D57E8D" w:rsidRDefault="00D57E8D" w:rsidP="00641D52">
      <w:pPr>
        <w:spacing w:after="0"/>
        <w:rPr>
          <w:b/>
          <w:bCs/>
          <w:sz w:val="24"/>
          <w:szCs w:val="24"/>
        </w:rPr>
      </w:pPr>
      <w:r>
        <w:rPr>
          <w:b/>
          <w:bCs/>
          <w:sz w:val="24"/>
          <w:szCs w:val="24"/>
        </w:rPr>
        <w:t>Agenda Items</w:t>
      </w:r>
      <w:r w:rsidR="00D8622E">
        <w:rPr>
          <w:b/>
          <w:bCs/>
          <w:sz w:val="24"/>
          <w:szCs w:val="24"/>
        </w:rPr>
        <w:t xml:space="preserve"> – </w:t>
      </w:r>
    </w:p>
    <w:p w14:paraId="1C1A46A2" w14:textId="4D1CF3D2" w:rsidR="006B6EA9" w:rsidRDefault="00D83D6E" w:rsidP="0016645E">
      <w:pPr>
        <w:pStyle w:val="ListParagraph"/>
        <w:numPr>
          <w:ilvl w:val="0"/>
          <w:numId w:val="10"/>
        </w:numPr>
        <w:spacing w:after="0"/>
        <w:rPr>
          <w:sz w:val="24"/>
          <w:szCs w:val="24"/>
        </w:rPr>
      </w:pPr>
      <w:r>
        <w:rPr>
          <w:sz w:val="24"/>
          <w:szCs w:val="24"/>
        </w:rPr>
        <w:t xml:space="preserve">Chair Willis updated members on the agreement progression with Mr. Broussard. Mr. Broussard called to state that he believed the proposed agreement was workable. He still has some concerns about the new Enterprise district extension. Will contact </w:t>
      </w:r>
      <w:r w:rsidR="00551FEC">
        <w:rPr>
          <w:sz w:val="24"/>
          <w:szCs w:val="24"/>
        </w:rPr>
        <w:t xml:space="preserve">again </w:t>
      </w:r>
      <w:r>
        <w:rPr>
          <w:sz w:val="24"/>
          <w:szCs w:val="24"/>
        </w:rPr>
        <w:t>once CEA is completed and the first transfer is done.</w:t>
      </w:r>
    </w:p>
    <w:p w14:paraId="24CDD1DF" w14:textId="77777777" w:rsidR="006B6EA9" w:rsidRDefault="006B6EA9" w:rsidP="006B6EA9">
      <w:pPr>
        <w:pStyle w:val="ListParagraph"/>
        <w:spacing w:after="0"/>
        <w:rPr>
          <w:sz w:val="24"/>
          <w:szCs w:val="24"/>
        </w:rPr>
      </w:pPr>
    </w:p>
    <w:p w14:paraId="1C655303" w14:textId="31088BAF" w:rsidR="005D4159" w:rsidRDefault="00823143" w:rsidP="005D4159">
      <w:pPr>
        <w:pStyle w:val="ListParagraph"/>
        <w:numPr>
          <w:ilvl w:val="0"/>
          <w:numId w:val="10"/>
        </w:numPr>
        <w:spacing w:after="0"/>
        <w:rPr>
          <w:sz w:val="24"/>
          <w:szCs w:val="24"/>
        </w:rPr>
      </w:pPr>
      <w:r>
        <w:rPr>
          <w:sz w:val="24"/>
          <w:szCs w:val="24"/>
        </w:rPr>
        <w:t xml:space="preserve">Chair Willis updated members on </w:t>
      </w:r>
      <w:r w:rsidR="00257E85">
        <w:rPr>
          <w:sz w:val="24"/>
          <w:szCs w:val="24"/>
        </w:rPr>
        <w:t xml:space="preserve">the last contact with the </w:t>
      </w:r>
      <w:proofErr w:type="gramStart"/>
      <w:r w:rsidR="00257E85">
        <w:rPr>
          <w:sz w:val="24"/>
          <w:szCs w:val="24"/>
        </w:rPr>
        <w:t>Mayor's</w:t>
      </w:r>
      <w:proofErr w:type="gramEnd"/>
      <w:r>
        <w:rPr>
          <w:sz w:val="24"/>
          <w:szCs w:val="24"/>
        </w:rPr>
        <w:t xml:space="preserve"> office</w:t>
      </w:r>
      <w:r w:rsidR="005D4159">
        <w:rPr>
          <w:sz w:val="24"/>
          <w:szCs w:val="24"/>
        </w:rPr>
        <w:t>.</w:t>
      </w:r>
      <w:r>
        <w:rPr>
          <w:sz w:val="24"/>
          <w:szCs w:val="24"/>
        </w:rPr>
        <w:t xml:space="preserve"> Willis received </w:t>
      </w:r>
      <w:r w:rsidR="00257E85">
        <w:rPr>
          <w:sz w:val="24"/>
          <w:szCs w:val="24"/>
        </w:rPr>
        <w:t xml:space="preserve">a communication from the </w:t>
      </w:r>
      <w:proofErr w:type="gramStart"/>
      <w:r w:rsidR="00257E85">
        <w:rPr>
          <w:sz w:val="24"/>
          <w:szCs w:val="24"/>
        </w:rPr>
        <w:t>Mayor's</w:t>
      </w:r>
      <w:proofErr w:type="gramEnd"/>
      <w:r w:rsidR="00257E85">
        <w:rPr>
          <w:sz w:val="24"/>
          <w:szCs w:val="24"/>
        </w:rPr>
        <w:t xml:space="preserve"> office stating that the action plan had been accepted and that the city attorney had begun work</w:t>
      </w:r>
      <w:r>
        <w:rPr>
          <w:sz w:val="24"/>
          <w:szCs w:val="24"/>
        </w:rPr>
        <w:t xml:space="preserve"> on the CEA.</w:t>
      </w:r>
      <w:r w:rsidR="00257E85">
        <w:rPr>
          <w:sz w:val="24"/>
          <w:szCs w:val="24"/>
        </w:rPr>
        <w:t xml:space="preserve"> Attorney Ezra will receive CEA when ready. </w:t>
      </w:r>
      <w:r>
        <w:rPr>
          <w:sz w:val="24"/>
          <w:szCs w:val="24"/>
        </w:rPr>
        <w:t xml:space="preserve"> </w:t>
      </w:r>
      <w:r w:rsidR="00257E85">
        <w:rPr>
          <w:sz w:val="24"/>
          <w:szCs w:val="24"/>
        </w:rPr>
        <w:t xml:space="preserve">Ambrose was not allowed to attend the meeting with the mayor and </w:t>
      </w:r>
      <w:r w:rsidR="00551FEC">
        <w:rPr>
          <w:sz w:val="24"/>
          <w:szCs w:val="24"/>
        </w:rPr>
        <w:t xml:space="preserve">the </w:t>
      </w:r>
      <w:r w:rsidR="00257E85">
        <w:rPr>
          <w:sz w:val="24"/>
          <w:szCs w:val="24"/>
        </w:rPr>
        <w:t xml:space="preserve">city councilman. The </w:t>
      </w:r>
      <w:proofErr w:type="gramStart"/>
      <w:r w:rsidR="00257E85">
        <w:rPr>
          <w:sz w:val="24"/>
          <w:szCs w:val="24"/>
        </w:rPr>
        <w:t>Mayor</w:t>
      </w:r>
      <w:proofErr w:type="gramEnd"/>
      <w:r w:rsidR="00257E85">
        <w:rPr>
          <w:sz w:val="24"/>
          <w:szCs w:val="24"/>
        </w:rPr>
        <w:t xml:space="preserve"> is still pushing forward with the Enterprise Blvd district extension. There is still a lack of understanding </w:t>
      </w:r>
      <w:r w:rsidR="00551FEC">
        <w:rPr>
          <w:sz w:val="24"/>
          <w:szCs w:val="24"/>
        </w:rPr>
        <w:t>of the need for</w:t>
      </w:r>
      <w:r w:rsidR="00257E85">
        <w:rPr>
          <w:sz w:val="24"/>
          <w:szCs w:val="24"/>
        </w:rPr>
        <w:t xml:space="preserve"> change. The vote on the Enterprise district was deferred at </w:t>
      </w:r>
      <w:r w:rsidR="00551FEC">
        <w:rPr>
          <w:sz w:val="24"/>
          <w:szCs w:val="24"/>
        </w:rPr>
        <w:t xml:space="preserve">the </w:t>
      </w:r>
      <w:r w:rsidR="00257E85">
        <w:rPr>
          <w:sz w:val="24"/>
          <w:szCs w:val="24"/>
        </w:rPr>
        <w:t xml:space="preserve">council meeting. </w:t>
      </w:r>
    </w:p>
    <w:p w14:paraId="762E4F96" w14:textId="77777777" w:rsidR="005D4159" w:rsidRDefault="005D4159" w:rsidP="005D4159">
      <w:pPr>
        <w:pStyle w:val="ListParagraph"/>
        <w:rPr>
          <w:sz w:val="24"/>
          <w:szCs w:val="24"/>
        </w:rPr>
      </w:pPr>
    </w:p>
    <w:p w14:paraId="4588AE5F" w14:textId="1E50EC77" w:rsidR="00E26ECA" w:rsidRDefault="00257E85" w:rsidP="00E26ECA">
      <w:pPr>
        <w:pStyle w:val="ListParagraph"/>
        <w:numPr>
          <w:ilvl w:val="0"/>
          <w:numId w:val="10"/>
        </w:numPr>
        <w:spacing w:after="0"/>
        <w:rPr>
          <w:sz w:val="24"/>
          <w:szCs w:val="24"/>
        </w:rPr>
      </w:pPr>
      <w:r>
        <w:rPr>
          <w:sz w:val="24"/>
          <w:szCs w:val="24"/>
        </w:rPr>
        <w:t xml:space="preserve">Landry reported that the Facebook page is complete, just waiting on funding before we post. </w:t>
      </w:r>
    </w:p>
    <w:p w14:paraId="7EEB213A" w14:textId="77777777" w:rsidR="00665141" w:rsidRDefault="00665141" w:rsidP="00665141">
      <w:pPr>
        <w:pStyle w:val="ListParagraph"/>
        <w:spacing w:after="0"/>
        <w:rPr>
          <w:sz w:val="24"/>
          <w:szCs w:val="24"/>
        </w:rPr>
      </w:pPr>
    </w:p>
    <w:p w14:paraId="72CA45A5" w14:textId="586BCDA7" w:rsidR="00665141" w:rsidRDefault="00257E85" w:rsidP="00E26ECA">
      <w:pPr>
        <w:pStyle w:val="ListParagraph"/>
        <w:numPr>
          <w:ilvl w:val="0"/>
          <w:numId w:val="10"/>
        </w:numPr>
        <w:spacing w:after="0"/>
        <w:rPr>
          <w:sz w:val="24"/>
          <w:szCs w:val="24"/>
        </w:rPr>
      </w:pPr>
      <w:r>
        <w:rPr>
          <w:sz w:val="24"/>
          <w:szCs w:val="24"/>
        </w:rPr>
        <w:t xml:space="preserve">Landry </w:t>
      </w:r>
      <w:r w:rsidR="00551FEC">
        <w:rPr>
          <w:sz w:val="24"/>
          <w:szCs w:val="24"/>
        </w:rPr>
        <w:t>recommends</w:t>
      </w:r>
      <w:r>
        <w:rPr>
          <w:sz w:val="24"/>
          <w:szCs w:val="24"/>
        </w:rPr>
        <w:t xml:space="preserve"> we look at a small win as our first project. </w:t>
      </w:r>
      <w:r w:rsidR="00551FEC">
        <w:rPr>
          <w:sz w:val="24"/>
          <w:szCs w:val="24"/>
        </w:rPr>
        <w:t xml:space="preserve">An example was the </w:t>
      </w:r>
      <w:r>
        <w:rPr>
          <w:sz w:val="24"/>
          <w:szCs w:val="24"/>
        </w:rPr>
        <w:t xml:space="preserve">beatification near </w:t>
      </w:r>
      <w:r w:rsidR="00551FEC">
        <w:rPr>
          <w:sz w:val="24"/>
          <w:szCs w:val="24"/>
        </w:rPr>
        <w:t>biscuits</w:t>
      </w:r>
      <w:r>
        <w:rPr>
          <w:sz w:val="24"/>
          <w:szCs w:val="24"/>
        </w:rPr>
        <w:t xml:space="preserve"> and jams. See if </w:t>
      </w:r>
      <w:r w:rsidR="00551FEC">
        <w:rPr>
          <w:sz w:val="24"/>
          <w:szCs w:val="24"/>
        </w:rPr>
        <w:t xml:space="preserve">the </w:t>
      </w:r>
      <w:proofErr w:type="gramStart"/>
      <w:r>
        <w:rPr>
          <w:sz w:val="24"/>
          <w:szCs w:val="24"/>
        </w:rPr>
        <w:t>Mayor</w:t>
      </w:r>
      <w:proofErr w:type="gramEnd"/>
      <w:r>
        <w:rPr>
          <w:sz w:val="24"/>
          <w:szCs w:val="24"/>
        </w:rPr>
        <w:t xml:space="preserve"> will support the effort</w:t>
      </w:r>
      <w:r w:rsidR="00551FEC">
        <w:rPr>
          <w:sz w:val="24"/>
          <w:szCs w:val="24"/>
        </w:rPr>
        <w:t xml:space="preserve">. We may be able to get more people involved in projects if they can see what we are going. </w:t>
      </w:r>
    </w:p>
    <w:p w14:paraId="028DEB88" w14:textId="77777777" w:rsidR="00551FEC" w:rsidRPr="00551FEC" w:rsidRDefault="00551FEC" w:rsidP="00551FEC">
      <w:pPr>
        <w:pStyle w:val="ListParagraph"/>
        <w:rPr>
          <w:sz w:val="24"/>
          <w:szCs w:val="24"/>
        </w:rPr>
      </w:pPr>
    </w:p>
    <w:p w14:paraId="0F9C8458" w14:textId="48479AC6" w:rsidR="00551FEC" w:rsidRDefault="00551FEC" w:rsidP="00E26ECA">
      <w:pPr>
        <w:pStyle w:val="ListParagraph"/>
        <w:numPr>
          <w:ilvl w:val="0"/>
          <w:numId w:val="10"/>
        </w:numPr>
        <w:spacing w:after="0"/>
        <w:rPr>
          <w:sz w:val="24"/>
          <w:szCs w:val="24"/>
        </w:rPr>
      </w:pPr>
      <w:r>
        <w:rPr>
          <w:sz w:val="24"/>
          <w:szCs w:val="24"/>
        </w:rPr>
        <w:t>Recommend we brainstorm on projects to work on when funding is disbursed.</w:t>
      </w:r>
    </w:p>
    <w:p w14:paraId="703AD2E3" w14:textId="77777777" w:rsidR="00B8463A" w:rsidRPr="00B8463A" w:rsidRDefault="00B8463A" w:rsidP="00B8463A">
      <w:pPr>
        <w:pStyle w:val="ListParagraph"/>
        <w:rPr>
          <w:sz w:val="24"/>
          <w:szCs w:val="24"/>
        </w:rPr>
      </w:pPr>
    </w:p>
    <w:p w14:paraId="0D486200" w14:textId="3ABD619A" w:rsidR="00DF7D3E" w:rsidRPr="009A5180" w:rsidRDefault="009A5180" w:rsidP="009A5180">
      <w:pPr>
        <w:spacing w:after="0"/>
        <w:rPr>
          <w:sz w:val="24"/>
          <w:szCs w:val="24"/>
        </w:rPr>
      </w:pPr>
      <w:r>
        <w:rPr>
          <w:sz w:val="24"/>
          <w:szCs w:val="24"/>
        </w:rPr>
        <w:t xml:space="preserve">There being no further business, a motion was made by </w:t>
      </w:r>
      <w:r w:rsidR="00B8463A">
        <w:rPr>
          <w:sz w:val="24"/>
          <w:szCs w:val="24"/>
        </w:rPr>
        <w:t>Willis</w:t>
      </w:r>
      <w:r>
        <w:rPr>
          <w:sz w:val="24"/>
          <w:szCs w:val="24"/>
        </w:rPr>
        <w:t xml:space="preserve">, </w:t>
      </w:r>
      <w:r w:rsidR="00551FEC">
        <w:rPr>
          <w:sz w:val="24"/>
          <w:szCs w:val="24"/>
        </w:rPr>
        <w:t xml:space="preserve">seconded by Landry, and carried to adjourn the </w:t>
      </w:r>
      <w:r>
        <w:rPr>
          <w:sz w:val="24"/>
          <w:szCs w:val="24"/>
        </w:rPr>
        <w:t xml:space="preserve">meeting at </w:t>
      </w:r>
      <w:r w:rsidR="00B8463A">
        <w:rPr>
          <w:sz w:val="24"/>
          <w:szCs w:val="24"/>
        </w:rPr>
        <w:t>6:</w:t>
      </w:r>
      <w:r w:rsidR="00551FEC">
        <w:rPr>
          <w:sz w:val="24"/>
          <w:szCs w:val="24"/>
        </w:rPr>
        <w:t>30</w:t>
      </w:r>
      <w:r w:rsidR="00B8463A">
        <w:rPr>
          <w:sz w:val="24"/>
          <w:szCs w:val="24"/>
        </w:rPr>
        <w:t xml:space="preserve"> </w:t>
      </w:r>
      <w:r>
        <w:rPr>
          <w:sz w:val="24"/>
          <w:szCs w:val="24"/>
        </w:rPr>
        <w:t>p.m.</w:t>
      </w:r>
    </w:p>
    <w:sectPr w:rsidR="00DF7D3E" w:rsidRPr="009A5180" w:rsidSect="00FA4AF7">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F39998" w14:textId="77777777" w:rsidR="00EB6C58" w:rsidRDefault="00EB6C58">
      <w:pPr>
        <w:spacing w:after="0" w:line="240" w:lineRule="auto"/>
      </w:pPr>
      <w:r>
        <w:separator/>
      </w:r>
    </w:p>
  </w:endnote>
  <w:endnote w:type="continuationSeparator" w:id="0">
    <w:p w14:paraId="0C5E9A52" w14:textId="77777777" w:rsidR="00EB6C58" w:rsidRDefault="00EB6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1353B4" w14:textId="77777777" w:rsidR="00EB6C58" w:rsidRDefault="00EB6C58">
      <w:pPr>
        <w:spacing w:after="0" w:line="240" w:lineRule="auto"/>
      </w:pPr>
      <w:r>
        <w:separator/>
      </w:r>
    </w:p>
  </w:footnote>
  <w:footnote w:type="continuationSeparator" w:id="0">
    <w:p w14:paraId="077AB94C" w14:textId="77777777" w:rsidR="00EB6C58" w:rsidRDefault="00EB6C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E5E2C" w14:textId="711EE162" w:rsidR="00AE4FEE" w:rsidRDefault="00EB6C58">
    <w:pPr>
      <w:pStyle w:val="Header"/>
      <w:jc w:val="center"/>
    </w:pPr>
    <w:r w:rsidRPr="00E65CE6">
      <w:rPr>
        <w:b/>
        <w:sz w:val="32"/>
        <w:szCs w:val="32"/>
      </w:rPr>
      <w:t>N</w:t>
    </w:r>
    <w:r w:rsidR="00E65CE6" w:rsidRPr="00E65CE6">
      <w:rPr>
        <w:b/>
        <w:sz w:val="32"/>
        <w:szCs w:val="32"/>
      </w:rPr>
      <w:t>ORTH LAKE CHARLES</w:t>
    </w:r>
    <w:r>
      <w:rPr>
        <w:b/>
        <w:sz w:val="32"/>
      </w:rPr>
      <w:t xml:space="preserve"> </w:t>
    </w:r>
    <w:r w:rsidRPr="00E65CE6">
      <w:rPr>
        <w:b/>
      </w:rPr>
      <w:t>Economic Development District Board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B6458B"/>
    <w:multiLevelType w:val="hybridMultilevel"/>
    <w:tmpl w:val="5D38BEAC"/>
    <w:lvl w:ilvl="0" w:tplc="DBE697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7E20F1E"/>
    <w:multiLevelType w:val="hybridMultilevel"/>
    <w:tmpl w:val="3B92984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08A42481"/>
    <w:multiLevelType w:val="hybridMultilevel"/>
    <w:tmpl w:val="0950A4B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CA21BEA"/>
    <w:multiLevelType w:val="hybridMultilevel"/>
    <w:tmpl w:val="BDBC78A0"/>
    <w:lvl w:ilvl="0" w:tplc="0248F7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E19361B"/>
    <w:multiLevelType w:val="hybridMultilevel"/>
    <w:tmpl w:val="F5C08CBC"/>
    <w:lvl w:ilvl="0" w:tplc="0409000F">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667329"/>
    <w:multiLevelType w:val="hybridMultilevel"/>
    <w:tmpl w:val="81E4A0C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98710157">
    <w:abstractNumId w:val="8"/>
  </w:num>
  <w:num w:numId="2" w16cid:durableId="1916620543">
    <w:abstractNumId w:val="6"/>
  </w:num>
  <w:num w:numId="3" w16cid:durableId="2145811209">
    <w:abstractNumId w:val="5"/>
  </w:num>
  <w:num w:numId="4" w16cid:durableId="77753377">
    <w:abstractNumId w:val="4"/>
  </w:num>
  <w:num w:numId="5" w16cid:durableId="2111505023">
    <w:abstractNumId w:val="7"/>
  </w:num>
  <w:num w:numId="6" w16cid:durableId="1772507738">
    <w:abstractNumId w:val="3"/>
  </w:num>
  <w:num w:numId="7" w16cid:durableId="10306087">
    <w:abstractNumId w:val="2"/>
  </w:num>
  <w:num w:numId="8" w16cid:durableId="112329830">
    <w:abstractNumId w:val="1"/>
  </w:num>
  <w:num w:numId="9" w16cid:durableId="1201864738">
    <w:abstractNumId w:val="0"/>
  </w:num>
  <w:num w:numId="10" w16cid:durableId="1268611432">
    <w:abstractNumId w:val="13"/>
  </w:num>
  <w:num w:numId="11" w16cid:durableId="1006831735">
    <w:abstractNumId w:val="9"/>
  </w:num>
  <w:num w:numId="12" w16cid:durableId="1356076716">
    <w:abstractNumId w:val="10"/>
  </w:num>
  <w:num w:numId="13" w16cid:durableId="1940600787">
    <w:abstractNumId w:val="14"/>
  </w:num>
  <w:num w:numId="14" w16cid:durableId="210576776">
    <w:abstractNumId w:val="11"/>
  </w:num>
  <w:num w:numId="15" w16cid:durableId="18249261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7037"/>
    <w:rsid w:val="00034616"/>
    <w:rsid w:val="0006063C"/>
    <w:rsid w:val="000743C9"/>
    <w:rsid w:val="000D2B57"/>
    <w:rsid w:val="000F0BB3"/>
    <w:rsid w:val="0010775C"/>
    <w:rsid w:val="001204FC"/>
    <w:rsid w:val="0015074B"/>
    <w:rsid w:val="00156B17"/>
    <w:rsid w:val="0016645E"/>
    <w:rsid w:val="00182138"/>
    <w:rsid w:val="001D06D5"/>
    <w:rsid w:val="001F2445"/>
    <w:rsid w:val="001F5132"/>
    <w:rsid w:val="00202D66"/>
    <w:rsid w:val="00245380"/>
    <w:rsid w:val="00257E85"/>
    <w:rsid w:val="002767E2"/>
    <w:rsid w:val="002845BB"/>
    <w:rsid w:val="0029639D"/>
    <w:rsid w:val="002E7BBE"/>
    <w:rsid w:val="00315A90"/>
    <w:rsid w:val="00326F90"/>
    <w:rsid w:val="00376FD7"/>
    <w:rsid w:val="0038075E"/>
    <w:rsid w:val="0039525C"/>
    <w:rsid w:val="003E21E9"/>
    <w:rsid w:val="003F33C1"/>
    <w:rsid w:val="0048799B"/>
    <w:rsid w:val="004A7616"/>
    <w:rsid w:val="004E0C42"/>
    <w:rsid w:val="004F3CCB"/>
    <w:rsid w:val="00527D32"/>
    <w:rsid w:val="00551FEC"/>
    <w:rsid w:val="00560EC9"/>
    <w:rsid w:val="005727DB"/>
    <w:rsid w:val="005D4159"/>
    <w:rsid w:val="00634114"/>
    <w:rsid w:val="006359FC"/>
    <w:rsid w:val="00641D52"/>
    <w:rsid w:val="00665141"/>
    <w:rsid w:val="006B6EA9"/>
    <w:rsid w:val="006E3C08"/>
    <w:rsid w:val="006F67DA"/>
    <w:rsid w:val="0078528D"/>
    <w:rsid w:val="007E04C9"/>
    <w:rsid w:val="007E6121"/>
    <w:rsid w:val="00823143"/>
    <w:rsid w:val="00844816"/>
    <w:rsid w:val="008727EE"/>
    <w:rsid w:val="00894B55"/>
    <w:rsid w:val="00933573"/>
    <w:rsid w:val="009375F3"/>
    <w:rsid w:val="00950BA0"/>
    <w:rsid w:val="009A0D88"/>
    <w:rsid w:val="009A0DC1"/>
    <w:rsid w:val="009A5180"/>
    <w:rsid w:val="009B23B6"/>
    <w:rsid w:val="009E5B50"/>
    <w:rsid w:val="00A25E23"/>
    <w:rsid w:val="00A26849"/>
    <w:rsid w:val="00A36974"/>
    <w:rsid w:val="00AA1D8D"/>
    <w:rsid w:val="00AC4F7A"/>
    <w:rsid w:val="00AE43CB"/>
    <w:rsid w:val="00AE4FEE"/>
    <w:rsid w:val="00AF547C"/>
    <w:rsid w:val="00B01FD2"/>
    <w:rsid w:val="00B47730"/>
    <w:rsid w:val="00B61290"/>
    <w:rsid w:val="00B70323"/>
    <w:rsid w:val="00B80F08"/>
    <w:rsid w:val="00B8463A"/>
    <w:rsid w:val="00B912DA"/>
    <w:rsid w:val="00BA41D1"/>
    <w:rsid w:val="00BC588E"/>
    <w:rsid w:val="00C7670A"/>
    <w:rsid w:val="00CA1E11"/>
    <w:rsid w:val="00CB0664"/>
    <w:rsid w:val="00CB4658"/>
    <w:rsid w:val="00CB5446"/>
    <w:rsid w:val="00CE36AB"/>
    <w:rsid w:val="00D50B93"/>
    <w:rsid w:val="00D57E8D"/>
    <w:rsid w:val="00D83D6E"/>
    <w:rsid w:val="00D8622E"/>
    <w:rsid w:val="00DC42BA"/>
    <w:rsid w:val="00DD364E"/>
    <w:rsid w:val="00DD6934"/>
    <w:rsid w:val="00DF7176"/>
    <w:rsid w:val="00DF7D3E"/>
    <w:rsid w:val="00E26ECA"/>
    <w:rsid w:val="00E40939"/>
    <w:rsid w:val="00E416B3"/>
    <w:rsid w:val="00E65CE6"/>
    <w:rsid w:val="00E672AB"/>
    <w:rsid w:val="00E8371E"/>
    <w:rsid w:val="00EB6C58"/>
    <w:rsid w:val="00EE2AAC"/>
    <w:rsid w:val="00F660BE"/>
    <w:rsid w:val="00F66581"/>
    <w:rsid w:val="00FA4AF7"/>
    <w:rsid w:val="00FB17CD"/>
    <w:rsid w:val="00FB4370"/>
    <w:rsid w:val="00FB65A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E7A153"/>
  <w14:defaultImageDpi w14:val="300"/>
  <w15:docId w15:val="{30820F11-8C20-43D0-8AFD-1669BFCE8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294</Words>
  <Characters>1677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Shawntel Willis</cp:lastModifiedBy>
  <cp:revision>2</cp:revision>
  <cp:lastPrinted>2026-01-06T17:09:00Z</cp:lastPrinted>
  <dcterms:created xsi:type="dcterms:W3CDTF">2026-02-07T19:22:00Z</dcterms:created>
  <dcterms:modified xsi:type="dcterms:W3CDTF">2026-02-07T19:22:00Z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17ad45c4-f40b-45d2-9bc4-89e026efe695</vt:lpwstr>
  </property>
</Properties>
</file>