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E9720" w14:textId="5320E080" w:rsidR="00AE4FEE" w:rsidRDefault="00AE43CB">
      <w:pPr>
        <w:pBdr>
          <w:bottom w:val="single" w:sz="12" w:space="1" w:color="000000"/>
        </w:pBdr>
        <w:jc w:val="center"/>
      </w:pPr>
      <w:r>
        <w:t xml:space="preserve"> </w:t>
      </w:r>
    </w:p>
    <w:p w14:paraId="21168813" w14:textId="786F11BF" w:rsidR="00641D52" w:rsidRPr="00641D52" w:rsidRDefault="00EB6C58" w:rsidP="00641D52">
      <w:pPr>
        <w:spacing w:after="0"/>
        <w:jc w:val="center"/>
        <w:rPr>
          <w:b/>
          <w:bCs/>
          <w:sz w:val="24"/>
          <w:szCs w:val="24"/>
        </w:rPr>
      </w:pPr>
      <w:r>
        <w:br/>
      </w:r>
      <w:r w:rsidR="00641D52" w:rsidRPr="00641D52">
        <w:rPr>
          <w:b/>
          <w:bCs/>
          <w:sz w:val="24"/>
          <w:szCs w:val="24"/>
        </w:rPr>
        <w:t>Meeting Minutes</w:t>
      </w:r>
    </w:p>
    <w:p w14:paraId="648F2F52" w14:textId="102A478F" w:rsidR="00641D52" w:rsidRDefault="00641D52" w:rsidP="00641D52">
      <w:pPr>
        <w:spacing w:after="0"/>
        <w:rPr>
          <w:b/>
          <w:bCs/>
          <w:sz w:val="24"/>
          <w:szCs w:val="24"/>
        </w:rPr>
      </w:pPr>
    </w:p>
    <w:p w14:paraId="6750CB6A" w14:textId="63431DF6" w:rsidR="00641D52" w:rsidRDefault="00641D52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A0D88">
        <w:rPr>
          <w:sz w:val="24"/>
          <w:szCs w:val="24"/>
        </w:rPr>
        <w:t>January 5</w:t>
      </w:r>
      <w:r w:rsidR="009A0D88" w:rsidRPr="009A0D88">
        <w:rPr>
          <w:sz w:val="24"/>
          <w:szCs w:val="24"/>
          <w:vertAlign w:val="superscript"/>
        </w:rPr>
        <w:t>th</w:t>
      </w:r>
      <w:r w:rsidR="009A0D88">
        <w:rPr>
          <w:sz w:val="24"/>
          <w:szCs w:val="24"/>
        </w:rPr>
        <w:t>, 2026</w:t>
      </w:r>
    </w:p>
    <w:p w14:paraId="10E8FFE8" w14:textId="77777777" w:rsidR="00CA1E11" w:rsidRDefault="00CA1E11" w:rsidP="00641D52">
      <w:pPr>
        <w:spacing w:after="0"/>
        <w:rPr>
          <w:sz w:val="24"/>
          <w:szCs w:val="24"/>
        </w:rPr>
      </w:pPr>
    </w:p>
    <w:p w14:paraId="1716AA2E" w14:textId="151BE37E" w:rsidR="00CA1E11" w:rsidRPr="00CA1E11" w:rsidRDefault="00CA1E11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Location: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4A7616" w:rsidRPr="009A5180">
        <w:rPr>
          <w:sz w:val="24"/>
          <w:szCs w:val="24"/>
        </w:rPr>
        <w:t>W</w:t>
      </w:r>
      <w:r w:rsidR="004A7616">
        <w:rPr>
          <w:b/>
          <w:bCs/>
          <w:sz w:val="24"/>
          <w:szCs w:val="24"/>
        </w:rPr>
        <w:t xml:space="preserve">. </w:t>
      </w:r>
      <w:r w:rsidR="004A7616">
        <w:rPr>
          <w:sz w:val="24"/>
          <w:szCs w:val="24"/>
        </w:rPr>
        <w:t>Carter Law Office</w:t>
      </w:r>
      <w:r>
        <w:rPr>
          <w:sz w:val="24"/>
          <w:szCs w:val="24"/>
        </w:rPr>
        <w:t xml:space="preserve">, </w:t>
      </w:r>
      <w:r w:rsidR="0048799B">
        <w:rPr>
          <w:sz w:val="24"/>
          <w:szCs w:val="24"/>
        </w:rPr>
        <w:t xml:space="preserve">1025 Mill St., </w:t>
      </w:r>
      <w:r>
        <w:rPr>
          <w:sz w:val="24"/>
          <w:szCs w:val="24"/>
        </w:rPr>
        <w:t>Lake Charles, LA</w:t>
      </w:r>
    </w:p>
    <w:p w14:paraId="30C22454" w14:textId="77777777" w:rsidR="00641D52" w:rsidRDefault="00641D52" w:rsidP="00641D52">
      <w:pPr>
        <w:spacing w:after="0"/>
        <w:rPr>
          <w:sz w:val="24"/>
          <w:szCs w:val="24"/>
        </w:rPr>
      </w:pPr>
    </w:p>
    <w:p w14:paraId="50854AB6" w14:textId="0E6AB7D6" w:rsidR="00641D52" w:rsidRDefault="00641D52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Voting Members Present: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Shawntel Willis – Chair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Carl Ambrose, Jr. – </w:t>
      </w:r>
      <w:r w:rsidR="003E21E9">
        <w:rPr>
          <w:sz w:val="24"/>
          <w:szCs w:val="24"/>
        </w:rPr>
        <w:t>Vice</w:t>
      </w:r>
      <w:r>
        <w:rPr>
          <w:sz w:val="24"/>
          <w:szCs w:val="24"/>
        </w:rPr>
        <w:t>-Chair</w:t>
      </w:r>
    </w:p>
    <w:p w14:paraId="6D75152F" w14:textId="16585A5B" w:rsidR="00641D52" w:rsidRDefault="00641D52" w:rsidP="00641D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Marzetta Landry – Treasurer</w:t>
      </w:r>
      <w:r>
        <w:rPr>
          <w:sz w:val="24"/>
          <w:szCs w:val="24"/>
        </w:rPr>
        <w:tab/>
      </w:r>
    </w:p>
    <w:p w14:paraId="28F44372" w14:textId="12AABA9F" w:rsidR="00641D52" w:rsidRDefault="00641D52" w:rsidP="00641D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Marsha Duplechain-Williams – Secretary</w:t>
      </w:r>
    </w:p>
    <w:p w14:paraId="0C876C7F" w14:textId="77777777" w:rsidR="00641D52" w:rsidRDefault="00641D52" w:rsidP="00641D52">
      <w:pPr>
        <w:spacing w:after="0"/>
        <w:rPr>
          <w:sz w:val="24"/>
          <w:szCs w:val="24"/>
        </w:rPr>
      </w:pPr>
    </w:p>
    <w:p w14:paraId="5D9D8100" w14:textId="798C0763" w:rsidR="00641D52" w:rsidRPr="00376FD7" w:rsidRDefault="00376FD7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Members Present Via Conference Call</w:t>
      </w:r>
      <w:r w:rsidR="00641D52">
        <w:rPr>
          <w:b/>
          <w:bCs/>
          <w:sz w:val="24"/>
          <w:szCs w:val="24"/>
        </w:rPr>
        <w:t>:</w:t>
      </w:r>
      <w:r w:rsidR="00641D52"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Tommy Senegal - Chaplain</w:t>
      </w:r>
    </w:p>
    <w:p w14:paraId="65A3A364" w14:textId="77777777" w:rsidR="00641D52" w:rsidRDefault="00641D52" w:rsidP="00641D52">
      <w:pPr>
        <w:spacing w:after="0"/>
        <w:rPr>
          <w:sz w:val="24"/>
          <w:szCs w:val="24"/>
        </w:rPr>
      </w:pPr>
    </w:p>
    <w:p w14:paraId="2EC906BD" w14:textId="0EE959EF" w:rsidR="00641D52" w:rsidRDefault="00CA1E11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Absent: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NA</w:t>
      </w:r>
    </w:p>
    <w:p w14:paraId="31A8E2C8" w14:textId="77777777" w:rsidR="00CA1E11" w:rsidRDefault="00CA1E11" w:rsidP="00641D52">
      <w:pPr>
        <w:spacing w:after="0"/>
        <w:rPr>
          <w:sz w:val="24"/>
          <w:szCs w:val="24"/>
        </w:rPr>
      </w:pPr>
    </w:p>
    <w:p w14:paraId="097E1CA7" w14:textId="00377AC2" w:rsidR="00894B55" w:rsidRPr="00AF547C" w:rsidRDefault="00CA1E11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  <w:r w:rsidR="00933573">
        <w:rPr>
          <w:b/>
          <w:bCs/>
          <w:sz w:val="24"/>
          <w:szCs w:val="24"/>
        </w:rPr>
        <w:t>:</w:t>
      </w:r>
      <w:r w:rsidR="00933573">
        <w:rPr>
          <w:b/>
          <w:bCs/>
          <w:sz w:val="24"/>
          <w:szCs w:val="24"/>
        </w:rPr>
        <w:tab/>
      </w:r>
      <w:r w:rsidR="00933573">
        <w:rPr>
          <w:b/>
          <w:bCs/>
          <w:sz w:val="24"/>
          <w:szCs w:val="24"/>
        </w:rPr>
        <w:tab/>
      </w:r>
      <w:r w:rsidR="00AF547C">
        <w:rPr>
          <w:sz w:val="24"/>
          <w:szCs w:val="24"/>
        </w:rPr>
        <w:t>5:</w:t>
      </w:r>
      <w:r w:rsidR="009A0D88">
        <w:rPr>
          <w:sz w:val="24"/>
          <w:szCs w:val="24"/>
        </w:rPr>
        <w:t>07</w:t>
      </w:r>
      <w:r w:rsidR="00AF547C">
        <w:rPr>
          <w:sz w:val="24"/>
          <w:szCs w:val="24"/>
        </w:rPr>
        <w:t xml:space="preserve"> pm</w:t>
      </w:r>
      <w:r w:rsidR="001F5132">
        <w:rPr>
          <w:sz w:val="24"/>
          <w:szCs w:val="24"/>
        </w:rPr>
        <w:t xml:space="preserve"> by Chair Willis</w:t>
      </w:r>
      <w:r w:rsidR="000F0BB3">
        <w:rPr>
          <w:sz w:val="24"/>
          <w:szCs w:val="24"/>
        </w:rPr>
        <w:t xml:space="preserve"> and quorum noted.</w:t>
      </w:r>
    </w:p>
    <w:p w14:paraId="04FBC0A4" w14:textId="77777777" w:rsidR="00894B55" w:rsidRDefault="00894B55" w:rsidP="00641D52">
      <w:pPr>
        <w:spacing w:after="0"/>
        <w:rPr>
          <w:b/>
          <w:bCs/>
          <w:sz w:val="24"/>
          <w:szCs w:val="24"/>
        </w:rPr>
      </w:pPr>
    </w:p>
    <w:p w14:paraId="4F6EA698" w14:textId="52CABB62" w:rsidR="00933573" w:rsidRPr="00933573" w:rsidRDefault="00933573" w:rsidP="00641D5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Minutes:</w:t>
      </w:r>
    </w:p>
    <w:p w14:paraId="292F85CE" w14:textId="7BDAE3A9" w:rsidR="00933573" w:rsidRPr="001F5132" w:rsidRDefault="00D8622E" w:rsidP="00641D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Motion to accept minutes was made by </w:t>
      </w:r>
      <w:r w:rsidR="003E21E9">
        <w:rPr>
          <w:sz w:val="24"/>
          <w:szCs w:val="24"/>
        </w:rPr>
        <w:t>Ambrose</w:t>
      </w:r>
      <w:r>
        <w:rPr>
          <w:sz w:val="24"/>
          <w:szCs w:val="24"/>
        </w:rPr>
        <w:t>,</w:t>
      </w:r>
      <w:r w:rsidR="000F0B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seconded by </w:t>
      </w:r>
      <w:r w:rsidR="009A0D88">
        <w:rPr>
          <w:sz w:val="24"/>
          <w:szCs w:val="24"/>
        </w:rPr>
        <w:t>Willis</w:t>
      </w:r>
      <w:r w:rsidR="0038075E">
        <w:rPr>
          <w:sz w:val="24"/>
          <w:szCs w:val="24"/>
        </w:rPr>
        <w:t>,</w:t>
      </w:r>
      <w:r w:rsidR="000F0BB3">
        <w:rPr>
          <w:sz w:val="24"/>
          <w:szCs w:val="24"/>
        </w:rPr>
        <w:t xml:space="preserve"> and carried</w:t>
      </w:r>
      <w:r w:rsidR="0038075E">
        <w:rPr>
          <w:sz w:val="24"/>
          <w:szCs w:val="24"/>
        </w:rPr>
        <w:t xml:space="preserve">. </w:t>
      </w:r>
    </w:p>
    <w:p w14:paraId="036FF0C0" w14:textId="77777777" w:rsidR="00007037" w:rsidRDefault="00007037" w:rsidP="00641D52">
      <w:pPr>
        <w:spacing w:after="0"/>
        <w:rPr>
          <w:sz w:val="24"/>
          <w:szCs w:val="24"/>
        </w:rPr>
      </w:pPr>
    </w:p>
    <w:p w14:paraId="3BF5AAF7" w14:textId="52A31B44" w:rsidR="00D57E8D" w:rsidRDefault="00D57E8D" w:rsidP="00641D5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 Items</w:t>
      </w:r>
      <w:r w:rsidR="00D8622E">
        <w:rPr>
          <w:b/>
          <w:bCs/>
          <w:sz w:val="24"/>
          <w:szCs w:val="24"/>
        </w:rPr>
        <w:t xml:space="preserve"> – </w:t>
      </w:r>
    </w:p>
    <w:p w14:paraId="1C1A46A2" w14:textId="77777777" w:rsidR="006B6EA9" w:rsidRDefault="006B6EA9" w:rsidP="0016645E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Board member Landry provided update on Facebook page for NLCEDD.  Set up is nearly complete.</w:t>
      </w:r>
    </w:p>
    <w:p w14:paraId="24CDD1DF" w14:textId="77777777" w:rsidR="006B6EA9" w:rsidRDefault="006B6EA9" w:rsidP="006B6EA9">
      <w:pPr>
        <w:pStyle w:val="ListParagraph"/>
        <w:spacing w:after="0"/>
        <w:rPr>
          <w:sz w:val="24"/>
          <w:szCs w:val="24"/>
        </w:rPr>
      </w:pPr>
    </w:p>
    <w:p w14:paraId="1C655303" w14:textId="58F9176B" w:rsidR="005D4159" w:rsidRDefault="006B6EA9" w:rsidP="005D4159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Board member Ambrose presented draft outline of actions items for consideration.  </w:t>
      </w:r>
      <w:r w:rsidR="005D4159">
        <w:rPr>
          <w:sz w:val="24"/>
          <w:szCs w:val="24"/>
        </w:rPr>
        <w:t xml:space="preserve">Summary items </w:t>
      </w:r>
      <w:proofErr w:type="gramStart"/>
      <w:r w:rsidR="005D4159">
        <w:rPr>
          <w:sz w:val="24"/>
          <w:szCs w:val="24"/>
        </w:rPr>
        <w:t>include:</w:t>
      </w:r>
      <w:proofErr w:type="gramEnd"/>
      <w:r w:rsidR="005D4159">
        <w:rPr>
          <w:sz w:val="24"/>
          <w:szCs w:val="24"/>
        </w:rPr>
        <w:t xml:space="preserve">  Frame the District/Story, Budget Strategy given existing funding ($650</w:t>
      </w:r>
      <w:r w:rsidR="0048799B">
        <w:rPr>
          <w:sz w:val="24"/>
          <w:szCs w:val="24"/>
        </w:rPr>
        <w:t>,000</w:t>
      </w:r>
      <w:r w:rsidR="005D4159">
        <w:rPr>
          <w:sz w:val="24"/>
          <w:szCs w:val="24"/>
        </w:rPr>
        <w:t xml:space="preserve"> – 4 years), Foundation and Quick Wins, Business Retention Along Corridor, Housing and Quality of Life Focus and Two-Year Milestones.</w:t>
      </w:r>
    </w:p>
    <w:p w14:paraId="762E4F96" w14:textId="77777777" w:rsidR="005D4159" w:rsidRDefault="005D4159" w:rsidP="005D4159">
      <w:pPr>
        <w:pStyle w:val="ListParagraph"/>
        <w:rPr>
          <w:sz w:val="24"/>
          <w:szCs w:val="24"/>
        </w:rPr>
      </w:pPr>
    </w:p>
    <w:p w14:paraId="5A8E3988" w14:textId="28068198" w:rsidR="005D4159" w:rsidRDefault="005D4159" w:rsidP="005D415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Board members will utilize </w:t>
      </w:r>
      <w:r w:rsidR="00B80F08">
        <w:rPr>
          <w:sz w:val="24"/>
          <w:szCs w:val="24"/>
        </w:rPr>
        <w:t xml:space="preserve">draft </w:t>
      </w:r>
      <w:r>
        <w:rPr>
          <w:sz w:val="24"/>
          <w:szCs w:val="24"/>
        </w:rPr>
        <w:t>as a framework to finalize Action Plan</w:t>
      </w:r>
      <w:r w:rsidR="00EE2AAC">
        <w:rPr>
          <w:sz w:val="24"/>
          <w:szCs w:val="24"/>
        </w:rPr>
        <w:t xml:space="preserve"> on 01.12.26</w:t>
      </w:r>
      <w:r w:rsidR="00844816">
        <w:rPr>
          <w:sz w:val="24"/>
          <w:szCs w:val="24"/>
        </w:rPr>
        <w:t xml:space="preserve">.  </w:t>
      </w:r>
      <w:r w:rsidR="00B8463A">
        <w:rPr>
          <w:sz w:val="24"/>
          <w:szCs w:val="24"/>
        </w:rPr>
        <w:t xml:space="preserve">Chair Willis </w:t>
      </w:r>
      <w:r w:rsidR="00844816">
        <w:rPr>
          <w:sz w:val="24"/>
          <w:szCs w:val="24"/>
        </w:rPr>
        <w:t xml:space="preserve">will then submit </w:t>
      </w:r>
      <w:r w:rsidR="00EE2AAC">
        <w:rPr>
          <w:sz w:val="24"/>
          <w:szCs w:val="24"/>
        </w:rPr>
        <w:t>to the City of Lake Charles to expedite issuance of promised funding.</w:t>
      </w:r>
    </w:p>
    <w:p w14:paraId="1E49102A" w14:textId="77777777" w:rsidR="005D4159" w:rsidRPr="005D4159" w:rsidRDefault="005D4159" w:rsidP="005D4159">
      <w:pPr>
        <w:pStyle w:val="ListParagraph"/>
        <w:rPr>
          <w:sz w:val="24"/>
          <w:szCs w:val="24"/>
        </w:rPr>
      </w:pPr>
    </w:p>
    <w:p w14:paraId="5D91A88F" w14:textId="199A94C3" w:rsidR="00E26ECA" w:rsidRDefault="00EE2AAC" w:rsidP="00E26ECA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Chair Willis opened discussion on </w:t>
      </w:r>
      <w:r w:rsidR="00844816">
        <w:rPr>
          <w:sz w:val="24"/>
          <w:szCs w:val="24"/>
        </w:rPr>
        <w:t xml:space="preserve">proposed </w:t>
      </w:r>
      <w:r>
        <w:rPr>
          <w:sz w:val="24"/>
          <w:szCs w:val="24"/>
        </w:rPr>
        <w:t>consultant and asked for suggestions on title</w:t>
      </w:r>
      <w:r w:rsidR="004F3CCB">
        <w:rPr>
          <w:sz w:val="24"/>
          <w:szCs w:val="24"/>
        </w:rPr>
        <w:t xml:space="preserve"> for the individual that </w:t>
      </w:r>
      <w:r w:rsidR="00844816">
        <w:rPr>
          <w:sz w:val="24"/>
          <w:szCs w:val="24"/>
        </w:rPr>
        <w:t xml:space="preserve">will be </w:t>
      </w:r>
      <w:r w:rsidR="004F3CCB">
        <w:rPr>
          <w:sz w:val="24"/>
          <w:szCs w:val="24"/>
        </w:rPr>
        <w:t xml:space="preserve">hired to support the </w:t>
      </w:r>
      <w:proofErr w:type="gramStart"/>
      <w:r w:rsidR="004F3CCB">
        <w:rPr>
          <w:sz w:val="24"/>
          <w:szCs w:val="24"/>
        </w:rPr>
        <w:t>District</w:t>
      </w:r>
      <w:proofErr w:type="gramEnd"/>
      <w:r>
        <w:rPr>
          <w:sz w:val="24"/>
          <w:szCs w:val="24"/>
        </w:rPr>
        <w:t>.  Members agreed upon Economic Development Consultant</w:t>
      </w:r>
      <w:r w:rsidR="00CE36AB">
        <w:rPr>
          <w:sz w:val="24"/>
          <w:szCs w:val="24"/>
        </w:rPr>
        <w:t xml:space="preserve"> (EDC)</w:t>
      </w:r>
      <w:r>
        <w:rPr>
          <w:sz w:val="24"/>
          <w:szCs w:val="24"/>
        </w:rPr>
        <w:t>.</w:t>
      </w:r>
      <w:r w:rsidR="004F3CCB">
        <w:rPr>
          <w:sz w:val="24"/>
          <w:szCs w:val="24"/>
        </w:rPr>
        <w:t xml:space="preserve">  Members also agreed that based upon years of experience </w:t>
      </w:r>
      <w:r w:rsidR="00CE36AB">
        <w:rPr>
          <w:sz w:val="24"/>
          <w:szCs w:val="24"/>
        </w:rPr>
        <w:t xml:space="preserve">and prominence as an economic advisor, an initial offer to take on the role of EDC will be made to Mr. Ernie Broussard.  </w:t>
      </w:r>
      <w:r w:rsidR="00E26ECA">
        <w:rPr>
          <w:sz w:val="24"/>
          <w:szCs w:val="24"/>
        </w:rPr>
        <w:t>Further discussion was had on the duties/services that the individual will be hired to provide.  They are as follows:</w:t>
      </w:r>
    </w:p>
    <w:p w14:paraId="1DF4873D" w14:textId="77777777" w:rsidR="00E26ECA" w:rsidRDefault="00E26ECA" w:rsidP="00E26ECA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Strategic Plan Development </w:t>
      </w:r>
      <w:r w:rsidRPr="00FB4370">
        <w:rPr>
          <w:i/>
          <w:iCs/>
          <w:sz w:val="24"/>
          <w:szCs w:val="24"/>
        </w:rPr>
        <w:t>(</w:t>
      </w:r>
      <w:proofErr w:type="gramStart"/>
      <w:r w:rsidRPr="00FB4370">
        <w:rPr>
          <w:i/>
          <w:iCs/>
          <w:sz w:val="24"/>
          <w:szCs w:val="24"/>
        </w:rPr>
        <w:t>3-5 year</w:t>
      </w:r>
      <w:proofErr w:type="gramEnd"/>
      <w:r w:rsidRPr="00FB4370">
        <w:rPr>
          <w:i/>
          <w:iCs/>
          <w:sz w:val="24"/>
          <w:szCs w:val="24"/>
        </w:rPr>
        <w:t xml:space="preserve"> plan)</w:t>
      </w:r>
    </w:p>
    <w:p w14:paraId="42A3D414" w14:textId="77777777" w:rsidR="00E26ECA" w:rsidRPr="00FB4370" w:rsidRDefault="00E26ECA" w:rsidP="00E26ECA">
      <w:pPr>
        <w:pStyle w:val="ListParagraph"/>
        <w:numPr>
          <w:ilvl w:val="1"/>
          <w:numId w:val="10"/>
        </w:numPr>
        <w:spacing w:after="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Land Use Assessment </w:t>
      </w:r>
      <w:r w:rsidRPr="00FB4370">
        <w:rPr>
          <w:i/>
          <w:iCs/>
          <w:sz w:val="24"/>
          <w:szCs w:val="24"/>
        </w:rPr>
        <w:t>(Residential, Commercial &amp; Adjudicated Properties)</w:t>
      </w:r>
    </w:p>
    <w:p w14:paraId="316F9CAA" w14:textId="77777777" w:rsidR="00E26ECA" w:rsidRDefault="00E26ECA" w:rsidP="00E26ECA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Plan for Community Engagement/Support</w:t>
      </w:r>
    </w:p>
    <w:p w14:paraId="18D46406" w14:textId="77777777" w:rsidR="00E26ECA" w:rsidRDefault="00E26ECA" w:rsidP="00E26ECA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Grant &amp; Funding Resources</w:t>
      </w:r>
    </w:p>
    <w:p w14:paraId="6E828A10" w14:textId="77777777" w:rsidR="00B8463A" w:rsidRDefault="00B8463A" w:rsidP="00B8463A">
      <w:pPr>
        <w:pStyle w:val="ListParagraph"/>
        <w:spacing w:after="0"/>
        <w:ind w:left="1440"/>
        <w:rPr>
          <w:sz w:val="24"/>
          <w:szCs w:val="24"/>
        </w:rPr>
      </w:pPr>
    </w:p>
    <w:p w14:paraId="4756A637" w14:textId="77777777" w:rsidR="00E26ECA" w:rsidRDefault="00E26ECA" w:rsidP="00E26ECA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Liaison with Municipalities and Government Officials</w:t>
      </w:r>
    </w:p>
    <w:p w14:paraId="327D30F0" w14:textId="77777777" w:rsidR="00E26ECA" w:rsidRDefault="00E26ECA" w:rsidP="00E26ECA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Assist with Cooperative Endeavor Agreement</w:t>
      </w:r>
    </w:p>
    <w:p w14:paraId="4A9A5A46" w14:textId="56A2A757" w:rsidR="00E26ECA" w:rsidRPr="002845BB" w:rsidRDefault="00E26ECA" w:rsidP="00E26ECA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 w:rsidRPr="002845BB">
        <w:rPr>
          <w:sz w:val="24"/>
          <w:szCs w:val="24"/>
        </w:rPr>
        <w:t xml:space="preserve">Board Education Plan </w:t>
      </w:r>
      <w:r w:rsidRPr="002845BB">
        <w:rPr>
          <w:i/>
          <w:iCs/>
          <w:sz w:val="24"/>
          <w:szCs w:val="24"/>
        </w:rPr>
        <w:t>(Training)</w:t>
      </w:r>
      <w:r w:rsidRPr="002845BB">
        <w:rPr>
          <w:sz w:val="24"/>
          <w:szCs w:val="24"/>
        </w:rPr>
        <w:br/>
      </w:r>
    </w:p>
    <w:p w14:paraId="4588AE5F" w14:textId="2B298845" w:rsidR="00E26ECA" w:rsidRDefault="004F3CCB" w:rsidP="00E26ECA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Chair Willis continued with discussion on proposal for payment </w:t>
      </w:r>
      <w:r w:rsidR="00FB17CD">
        <w:rPr>
          <w:sz w:val="24"/>
          <w:szCs w:val="24"/>
        </w:rPr>
        <w:t>on</w:t>
      </w:r>
      <w:r>
        <w:rPr>
          <w:sz w:val="24"/>
          <w:szCs w:val="24"/>
        </w:rPr>
        <w:t xml:space="preserve"> services rendered by the hired EDC.</w:t>
      </w:r>
      <w:r w:rsidR="0078528D">
        <w:rPr>
          <w:sz w:val="24"/>
          <w:szCs w:val="24"/>
        </w:rPr>
        <w:t xml:space="preserve">  She made the motion to make an initial </w:t>
      </w:r>
      <w:r w:rsidR="00B8463A">
        <w:rPr>
          <w:sz w:val="24"/>
          <w:szCs w:val="24"/>
        </w:rPr>
        <w:t>offer</w:t>
      </w:r>
      <w:r w:rsidR="0078528D">
        <w:rPr>
          <w:sz w:val="24"/>
          <w:szCs w:val="24"/>
        </w:rPr>
        <w:t xml:space="preserve"> of $65</w:t>
      </w:r>
      <w:r w:rsidR="0048799B">
        <w:rPr>
          <w:sz w:val="24"/>
          <w:szCs w:val="24"/>
        </w:rPr>
        <w:t>,000</w:t>
      </w:r>
      <w:r w:rsidR="0078528D">
        <w:rPr>
          <w:sz w:val="24"/>
          <w:szCs w:val="24"/>
        </w:rPr>
        <w:t xml:space="preserve"> </w:t>
      </w:r>
      <w:r w:rsidR="00844816">
        <w:rPr>
          <w:sz w:val="24"/>
          <w:szCs w:val="24"/>
        </w:rPr>
        <w:t xml:space="preserve">it was </w:t>
      </w:r>
      <w:r w:rsidR="0078528D">
        <w:rPr>
          <w:sz w:val="24"/>
          <w:szCs w:val="24"/>
        </w:rPr>
        <w:t xml:space="preserve">second by </w:t>
      </w:r>
      <w:proofErr w:type="gramStart"/>
      <w:r w:rsidR="0078528D">
        <w:rPr>
          <w:sz w:val="24"/>
          <w:szCs w:val="24"/>
        </w:rPr>
        <w:t>Landry, and</w:t>
      </w:r>
      <w:proofErr w:type="gramEnd"/>
      <w:r w:rsidR="0078528D">
        <w:rPr>
          <w:sz w:val="24"/>
          <w:szCs w:val="24"/>
        </w:rPr>
        <w:t xml:space="preserve"> carried.</w:t>
      </w:r>
    </w:p>
    <w:p w14:paraId="7EEB213A" w14:textId="77777777" w:rsidR="00665141" w:rsidRDefault="00665141" w:rsidP="00665141">
      <w:pPr>
        <w:pStyle w:val="ListParagraph"/>
        <w:spacing w:after="0"/>
        <w:rPr>
          <w:sz w:val="24"/>
          <w:szCs w:val="24"/>
        </w:rPr>
      </w:pPr>
    </w:p>
    <w:p w14:paraId="72CA45A5" w14:textId="7428F68F" w:rsidR="00665141" w:rsidRDefault="00665141" w:rsidP="00E26ECA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Board members will attend this week’s City Council </w:t>
      </w:r>
      <w:r>
        <w:rPr>
          <w:i/>
          <w:iCs/>
          <w:sz w:val="24"/>
          <w:szCs w:val="24"/>
        </w:rPr>
        <w:t>(Wednesday, 5;30pm, City Hall)</w:t>
      </w:r>
      <w:r>
        <w:rPr>
          <w:sz w:val="24"/>
          <w:szCs w:val="24"/>
        </w:rPr>
        <w:t xml:space="preserve"> meeting </w:t>
      </w:r>
      <w:r w:rsidR="00B8463A">
        <w:rPr>
          <w:sz w:val="24"/>
          <w:szCs w:val="24"/>
        </w:rPr>
        <w:t>to present</w:t>
      </w:r>
      <w:r>
        <w:rPr>
          <w:sz w:val="24"/>
          <w:szCs w:val="24"/>
        </w:rPr>
        <w:t xml:space="preserve"> </w:t>
      </w:r>
      <w:r w:rsidR="00844816">
        <w:rPr>
          <w:sz w:val="24"/>
          <w:szCs w:val="24"/>
        </w:rPr>
        <w:t xml:space="preserve">clarifying </w:t>
      </w:r>
      <w:r>
        <w:rPr>
          <w:sz w:val="24"/>
          <w:szCs w:val="24"/>
        </w:rPr>
        <w:t>questions concerning new district with common territory</w:t>
      </w:r>
      <w:r w:rsidR="00B8463A">
        <w:rPr>
          <w:sz w:val="24"/>
          <w:szCs w:val="24"/>
        </w:rPr>
        <w:t xml:space="preserve"> to that of the NLCEDD</w:t>
      </w:r>
      <w:r>
        <w:rPr>
          <w:sz w:val="24"/>
          <w:szCs w:val="24"/>
        </w:rPr>
        <w:t xml:space="preserve"> that is being proposed for approval.</w:t>
      </w:r>
    </w:p>
    <w:p w14:paraId="703AD2E3" w14:textId="77777777" w:rsidR="00B8463A" w:rsidRPr="00B8463A" w:rsidRDefault="00B8463A" w:rsidP="00B8463A">
      <w:pPr>
        <w:pStyle w:val="ListParagraph"/>
        <w:rPr>
          <w:sz w:val="24"/>
          <w:szCs w:val="24"/>
        </w:rPr>
      </w:pPr>
    </w:p>
    <w:p w14:paraId="671D75BD" w14:textId="71F139DC" w:rsidR="00B8463A" w:rsidRPr="00E26ECA" w:rsidRDefault="00B8463A" w:rsidP="00E26ECA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Member Landry stated the need to follow up on the city</w:t>
      </w:r>
      <w:r w:rsidR="00844816">
        <w:rPr>
          <w:sz w:val="24"/>
          <w:szCs w:val="24"/>
        </w:rPr>
        <w:t xml:space="preserve">’s responsibility to </w:t>
      </w:r>
      <w:r>
        <w:rPr>
          <w:sz w:val="24"/>
          <w:szCs w:val="24"/>
        </w:rPr>
        <w:t>provid</w:t>
      </w:r>
      <w:r w:rsidR="00844816">
        <w:rPr>
          <w:sz w:val="24"/>
          <w:szCs w:val="24"/>
        </w:rPr>
        <w:t>e</w:t>
      </w:r>
      <w:r>
        <w:rPr>
          <w:sz w:val="24"/>
          <w:szCs w:val="24"/>
        </w:rPr>
        <w:t xml:space="preserve"> office space, </w:t>
      </w:r>
      <w:proofErr w:type="gramStart"/>
      <w:r>
        <w:rPr>
          <w:sz w:val="24"/>
          <w:szCs w:val="24"/>
        </w:rPr>
        <w:t>equipment</w:t>
      </w:r>
      <w:proofErr w:type="gramEnd"/>
      <w:r>
        <w:rPr>
          <w:sz w:val="24"/>
          <w:szCs w:val="24"/>
        </w:rPr>
        <w:t xml:space="preserve"> and supplies for District’s use.</w:t>
      </w:r>
      <w:r w:rsidR="00844816">
        <w:rPr>
          <w:sz w:val="24"/>
          <w:szCs w:val="24"/>
        </w:rPr>
        <w:t xml:space="preserve">  Chair Willis agreed to follow up.</w:t>
      </w:r>
    </w:p>
    <w:p w14:paraId="5B3D6B42" w14:textId="77777777" w:rsidR="006B6EA9" w:rsidRDefault="006B6EA9" w:rsidP="006B6EA9">
      <w:pPr>
        <w:pStyle w:val="ListParagraph"/>
        <w:spacing w:after="0"/>
        <w:rPr>
          <w:sz w:val="24"/>
          <w:szCs w:val="24"/>
        </w:rPr>
      </w:pPr>
    </w:p>
    <w:p w14:paraId="48D57469" w14:textId="44E7154D" w:rsidR="009A5180" w:rsidRDefault="009A5180" w:rsidP="009A51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There being no further business, a motion was made by </w:t>
      </w:r>
      <w:r w:rsidR="00B8463A">
        <w:rPr>
          <w:sz w:val="24"/>
          <w:szCs w:val="24"/>
        </w:rPr>
        <w:t>Willis</w:t>
      </w:r>
      <w:r>
        <w:rPr>
          <w:sz w:val="24"/>
          <w:szCs w:val="24"/>
        </w:rPr>
        <w:t xml:space="preserve">, second by </w:t>
      </w:r>
      <w:r w:rsidR="00B8463A">
        <w:rPr>
          <w:sz w:val="24"/>
          <w:szCs w:val="24"/>
        </w:rPr>
        <w:t>Duplechain-Williams</w:t>
      </w:r>
      <w:r>
        <w:rPr>
          <w:sz w:val="24"/>
          <w:szCs w:val="24"/>
        </w:rPr>
        <w:t xml:space="preserve"> and carried to adjourn meeting at </w:t>
      </w:r>
      <w:r w:rsidR="00B8463A">
        <w:rPr>
          <w:sz w:val="24"/>
          <w:szCs w:val="24"/>
        </w:rPr>
        <w:t xml:space="preserve">6:24 </w:t>
      </w:r>
      <w:r>
        <w:rPr>
          <w:sz w:val="24"/>
          <w:szCs w:val="24"/>
        </w:rPr>
        <w:t>p.m.</w:t>
      </w:r>
    </w:p>
    <w:p w14:paraId="0D486200" w14:textId="77777777" w:rsidR="00DF7D3E" w:rsidRPr="009A5180" w:rsidRDefault="00DF7D3E" w:rsidP="009A5180">
      <w:pPr>
        <w:spacing w:after="0"/>
        <w:rPr>
          <w:sz w:val="24"/>
          <w:szCs w:val="24"/>
        </w:rPr>
      </w:pPr>
    </w:p>
    <w:sectPr w:rsidR="00DF7D3E" w:rsidRPr="009A5180" w:rsidSect="00FA4AF7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39998" w14:textId="77777777" w:rsidR="00EB6C58" w:rsidRDefault="00EB6C58">
      <w:pPr>
        <w:spacing w:after="0" w:line="240" w:lineRule="auto"/>
      </w:pPr>
      <w:r>
        <w:separator/>
      </w:r>
    </w:p>
  </w:endnote>
  <w:endnote w:type="continuationSeparator" w:id="0">
    <w:p w14:paraId="0C5E9A52" w14:textId="77777777" w:rsidR="00EB6C58" w:rsidRDefault="00EB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353B4" w14:textId="77777777" w:rsidR="00EB6C58" w:rsidRDefault="00EB6C58">
      <w:pPr>
        <w:spacing w:after="0" w:line="240" w:lineRule="auto"/>
      </w:pPr>
      <w:r>
        <w:separator/>
      </w:r>
    </w:p>
  </w:footnote>
  <w:footnote w:type="continuationSeparator" w:id="0">
    <w:p w14:paraId="077AB94C" w14:textId="77777777" w:rsidR="00EB6C58" w:rsidRDefault="00EB6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E5E2C" w14:textId="711EE162" w:rsidR="00AE4FEE" w:rsidRDefault="00EB6C58">
    <w:pPr>
      <w:pStyle w:val="Header"/>
      <w:jc w:val="center"/>
    </w:pPr>
    <w:r w:rsidRPr="00E65CE6">
      <w:rPr>
        <w:b/>
        <w:sz w:val="32"/>
        <w:szCs w:val="32"/>
      </w:rPr>
      <w:t>N</w:t>
    </w:r>
    <w:r w:rsidR="00E65CE6" w:rsidRPr="00E65CE6">
      <w:rPr>
        <w:b/>
        <w:sz w:val="32"/>
        <w:szCs w:val="32"/>
      </w:rPr>
      <w:t>ORTH LAKE CHARLES</w:t>
    </w:r>
    <w:r>
      <w:rPr>
        <w:b/>
        <w:sz w:val="32"/>
      </w:rPr>
      <w:t xml:space="preserve"> </w:t>
    </w:r>
    <w:r w:rsidRPr="00E65CE6">
      <w:rPr>
        <w:b/>
      </w:rPr>
      <w:t>Economic Development District Board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B6458B"/>
    <w:multiLevelType w:val="hybridMultilevel"/>
    <w:tmpl w:val="5D38BEAC"/>
    <w:lvl w:ilvl="0" w:tplc="DBE697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7E20F1E"/>
    <w:multiLevelType w:val="hybridMultilevel"/>
    <w:tmpl w:val="3B92984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8A42481"/>
    <w:multiLevelType w:val="hybridMultilevel"/>
    <w:tmpl w:val="0950A4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A21BEA"/>
    <w:multiLevelType w:val="hybridMultilevel"/>
    <w:tmpl w:val="BDBC78A0"/>
    <w:lvl w:ilvl="0" w:tplc="0248F7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19361B"/>
    <w:multiLevelType w:val="hybridMultilevel"/>
    <w:tmpl w:val="F5C08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329"/>
    <w:multiLevelType w:val="hybridMultilevel"/>
    <w:tmpl w:val="81E4A0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8710157">
    <w:abstractNumId w:val="8"/>
  </w:num>
  <w:num w:numId="2" w16cid:durableId="1916620543">
    <w:abstractNumId w:val="6"/>
  </w:num>
  <w:num w:numId="3" w16cid:durableId="2145811209">
    <w:abstractNumId w:val="5"/>
  </w:num>
  <w:num w:numId="4" w16cid:durableId="77753377">
    <w:abstractNumId w:val="4"/>
  </w:num>
  <w:num w:numId="5" w16cid:durableId="2111505023">
    <w:abstractNumId w:val="7"/>
  </w:num>
  <w:num w:numId="6" w16cid:durableId="1772507738">
    <w:abstractNumId w:val="3"/>
  </w:num>
  <w:num w:numId="7" w16cid:durableId="10306087">
    <w:abstractNumId w:val="2"/>
  </w:num>
  <w:num w:numId="8" w16cid:durableId="112329830">
    <w:abstractNumId w:val="1"/>
  </w:num>
  <w:num w:numId="9" w16cid:durableId="1201864738">
    <w:abstractNumId w:val="0"/>
  </w:num>
  <w:num w:numId="10" w16cid:durableId="1268611432">
    <w:abstractNumId w:val="13"/>
  </w:num>
  <w:num w:numId="11" w16cid:durableId="1006831735">
    <w:abstractNumId w:val="9"/>
  </w:num>
  <w:num w:numId="12" w16cid:durableId="1356076716">
    <w:abstractNumId w:val="10"/>
  </w:num>
  <w:num w:numId="13" w16cid:durableId="1940600787">
    <w:abstractNumId w:val="14"/>
  </w:num>
  <w:num w:numId="14" w16cid:durableId="210576776">
    <w:abstractNumId w:val="11"/>
  </w:num>
  <w:num w:numId="15" w16cid:durableId="1824926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037"/>
    <w:rsid w:val="00034616"/>
    <w:rsid w:val="0006063C"/>
    <w:rsid w:val="000743C9"/>
    <w:rsid w:val="000D2B57"/>
    <w:rsid w:val="000F0BB3"/>
    <w:rsid w:val="0010775C"/>
    <w:rsid w:val="001204FC"/>
    <w:rsid w:val="0015074B"/>
    <w:rsid w:val="00156B17"/>
    <w:rsid w:val="0016645E"/>
    <w:rsid w:val="00182138"/>
    <w:rsid w:val="001D06D5"/>
    <w:rsid w:val="001F2445"/>
    <w:rsid w:val="001F5132"/>
    <w:rsid w:val="00202D66"/>
    <w:rsid w:val="00245380"/>
    <w:rsid w:val="002767E2"/>
    <w:rsid w:val="002845BB"/>
    <w:rsid w:val="0029639D"/>
    <w:rsid w:val="002E7BBE"/>
    <w:rsid w:val="00315A90"/>
    <w:rsid w:val="00326F90"/>
    <w:rsid w:val="00376FD7"/>
    <w:rsid w:val="0038075E"/>
    <w:rsid w:val="0039525C"/>
    <w:rsid w:val="003E21E9"/>
    <w:rsid w:val="003F33C1"/>
    <w:rsid w:val="0048799B"/>
    <w:rsid w:val="004A7616"/>
    <w:rsid w:val="004E0C42"/>
    <w:rsid w:val="004F3CCB"/>
    <w:rsid w:val="00527D32"/>
    <w:rsid w:val="00560EC9"/>
    <w:rsid w:val="005727DB"/>
    <w:rsid w:val="005D4159"/>
    <w:rsid w:val="00634114"/>
    <w:rsid w:val="006359FC"/>
    <w:rsid w:val="00641D52"/>
    <w:rsid w:val="00665141"/>
    <w:rsid w:val="006B6EA9"/>
    <w:rsid w:val="006E3C08"/>
    <w:rsid w:val="006F67DA"/>
    <w:rsid w:val="0078528D"/>
    <w:rsid w:val="007E04C9"/>
    <w:rsid w:val="007E6121"/>
    <w:rsid w:val="00844816"/>
    <w:rsid w:val="008727EE"/>
    <w:rsid w:val="00894B55"/>
    <w:rsid w:val="00933573"/>
    <w:rsid w:val="009375F3"/>
    <w:rsid w:val="00950BA0"/>
    <w:rsid w:val="009A0D88"/>
    <w:rsid w:val="009A0DC1"/>
    <w:rsid w:val="009A5180"/>
    <w:rsid w:val="009B23B6"/>
    <w:rsid w:val="009E5B50"/>
    <w:rsid w:val="00A25E23"/>
    <w:rsid w:val="00A26849"/>
    <w:rsid w:val="00A36974"/>
    <w:rsid w:val="00AA1D8D"/>
    <w:rsid w:val="00AC4F7A"/>
    <w:rsid w:val="00AE43CB"/>
    <w:rsid w:val="00AE4FEE"/>
    <w:rsid w:val="00AF547C"/>
    <w:rsid w:val="00B01FD2"/>
    <w:rsid w:val="00B47730"/>
    <w:rsid w:val="00B61290"/>
    <w:rsid w:val="00B70323"/>
    <w:rsid w:val="00B80F08"/>
    <w:rsid w:val="00B8463A"/>
    <w:rsid w:val="00B912DA"/>
    <w:rsid w:val="00BA41D1"/>
    <w:rsid w:val="00BC588E"/>
    <w:rsid w:val="00C7670A"/>
    <w:rsid w:val="00CA1E11"/>
    <w:rsid w:val="00CB0664"/>
    <w:rsid w:val="00CB4658"/>
    <w:rsid w:val="00CB5446"/>
    <w:rsid w:val="00CE36AB"/>
    <w:rsid w:val="00D50B93"/>
    <w:rsid w:val="00D57E8D"/>
    <w:rsid w:val="00D8622E"/>
    <w:rsid w:val="00DC42BA"/>
    <w:rsid w:val="00DD364E"/>
    <w:rsid w:val="00DD6934"/>
    <w:rsid w:val="00DF7176"/>
    <w:rsid w:val="00DF7D3E"/>
    <w:rsid w:val="00E26ECA"/>
    <w:rsid w:val="00E40939"/>
    <w:rsid w:val="00E416B3"/>
    <w:rsid w:val="00E65CE6"/>
    <w:rsid w:val="00E672AB"/>
    <w:rsid w:val="00E8371E"/>
    <w:rsid w:val="00EB6C58"/>
    <w:rsid w:val="00EE2AAC"/>
    <w:rsid w:val="00F660BE"/>
    <w:rsid w:val="00F66581"/>
    <w:rsid w:val="00FA4AF7"/>
    <w:rsid w:val="00FB17CD"/>
    <w:rsid w:val="00FB4370"/>
    <w:rsid w:val="00FB65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E7A153"/>
  <w14:defaultImageDpi w14:val="300"/>
  <w15:docId w15:val="{30820F11-8C20-43D0-8AFD-1669BFCE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Shawntel Willis</cp:lastModifiedBy>
  <cp:revision>3</cp:revision>
  <cp:lastPrinted>2026-01-06T17:09:00Z</cp:lastPrinted>
  <dcterms:created xsi:type="dcterms:W3CDTF">2026-01-07T13:26:00Z</dcterms:created>
  <dcterms:modified xsi:type="dcterms:W3CDTF">2026-01-07T13:26:00Z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17ad45c4-f40b-45d2-9bc4-89e026efe695</vt:lpwstr>
  </property>
</Properties>
</file>